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9D120" w14:textId="77777777" w:rsidR="005B4F96" w:rsidRPr="00462DBE" w:rsidRDefault="005B4F96" w:rsidP="005B4F96">
      <w:pPr>
        <w:spacing w:after="0"/>
        <w:jc w:val="center"/>
        <w:rPr>
          <w:rFonts w:ascii="Times New Roman" w:hAnsi="Times New Roman" w:cs="Times New Roman"/>
          <w:b/>
          <w:bCs/>
          <w:sz w:val="24"/>
          <w:szCs w:val="24"/>
          <w:lang w:val="tr-TR"/>
        </w:rPr>
      </w:pPr>
      <w:r w:rsidRPr="00462DBE">
        <w:rPr>
          <w:rFonts w:ascii="Times New Roman" w:hAnsi="Times New Roman" w:cs="Times New Roman"/>
          <w:b/>
          <w:bCs/>
          <w:sz w:val="24"/>
          <w:szCs w:val="24"/>
          <w:lang w:val="tr-TR"/>
        </w:rPr>
        <w:t>TÜRKİYE CUMHURİYETİ</w:t>
      </w:r>
    </w:p>
    <w:p w14:paraId="7FA89BFA" w14:textId="77777777" w:rsidR="005B4F96" w:rsidRPr="00462DBE" w:rsidRDefault="005B4F96" w:rsidP="005B4F96">
      <w:pPr>
        <w:spacing w:after="0"/>
        <w:jc w:val="center"/>
        <w:rPr>
          <w:rFonts w:ascii="Times New Roman" w:hAnsi="Times New Roman" w:cs="Times New Roman"/>
          <w:b/>
          <w:bCs/>
          <w:sz w:val="24"/>
          <w:szCs w:val="24"/>
          <w:lang w:val="tr-TR"/>
        </w:rPr>
      </w:pPr>
      <w:r w:rsidRPr="00462DBE">
        <w:rPr>
          <w:rFonts w:ascii="Times New Roman" w:hAnsi="Times New Roman" w:cs="Times New Roman"/>
          <w:b/>
          <w:bCs/>
          <w:sz w:val="24"/>
          <w:szCs w:val="24"/>
          <w:lang w:val="tr-TR"/>
        </w:rPr>
        <w:t>TRABZON ÜNİVERSİTESİ</w:t>
      </w:r>
    </w:p>
    <w:p w14:paraId="0274CEDE" w14:textId="77777777" w:rsidR="005B4F96" w:rsidRPr="00462DBE" w:rsidRDefault="005B4F96" w:rsidP="005B4F96">
      <w:pPr>
        <w:spacing w:after="0"/>
        <w:jc w:val="center"/>
        <w:rPr>
          <w:rFonts w:ascii="Times New Roman" w:hAnsi="Times New Roman" w:cs="Times New Roman"/>
          <w:b/>
          <w:bCs/>
          <w:sz w:val="24"/>
          <w:szCs w:val="24"/>
          <w:lang w:val="tr-TR"/>
        </w:rPr>
      </w:pPr>
      <w:r w:rsidRPr="00462DBE">
        <w:rPr>
          <w:rFonts w:ascii="Times New Roman" w:hAnsi="Times New Roman" w:cs="Times New Roman"/>
          <w:b/>
          <w:bCs/>
          <w:sz w:val="24"/>
          <w:szCs w:val="24"/>
          <w:lang w:val="tr-TR"/>
        </w:rPr>
        <w:t>ANTRENÖRLÜK EĞİTİMİ BÖLÜMÜ</w:t>
      </w:r>
    </w:p>
    <w:p w14:paraId="3AA88909" w14:textId="77777777" w:rsidR="004054B6" w:rsidRPr="00462DBE" w:rsidRDefault="005B4F96" w:rsidP="005B4F96">
      <w:pPr>
        <w:spacing w:after="0"/>
        <w:jc w:val="center"/>
        <w:rPr>
          <w:rFonts w:ascii="Times New Roman" w:hAnsi="Times New Roman" w:cs="Times New Roman"/>
          <w:b/>
          <w:bCs/>
          <w:sz w:val="24"/>
          <w:szCs w:val="24"/>
          <w:lang w:val="tr-TR"/>
        </w:rPr>
      </w:pPr>
      <w:r w:rsidRPr="00462DBE">
        <w:rPr>
          <w:rFonts w:ascii="Times New Roman" w:hAnsi="Times New Roman" w:cs="Times New Roman"/>
          <w:b/>
          <w:bCs/>
          <w:sz w:val="24"/>
          <w:szCs w:val="24"/>
          <w:lang w:val="tr-TR"/>
        </w:rPr>
        <w:t>UZMANLIK DALI ANTRENÖRLÜK UYGULAMASI</w:t>
      </w:r>
      <w:r w:rsidR="004054B6" w:rsidRPr="00462DBE">
        <w:rPr>
          <w:rFonts w:ascii="Times New Roman" w:hAnsi="Times New Roman" w:cs="Times New Roman"/>
          <w:b/>
          <w:bCs/>
          <w:sz w:val="24"/>
          <w:szCs w:val="24"/>
          <w:lang w:val="tr-TR"/>
        </w:rPr>
        <w:t xml:space="preserve"> DERSİ</w:t>
      </w:r>
      <w:r w:rsidRPr="00462DBE">
        <w:rPr>
          <w:rFonts w:ascii="Times New Roman" w:hAnsi="Times New Roman" w:cs="Times New Roman"/>
          <w:b/>
          <w:bCs/>
          <w:sz w:val="24"/>
          <w:szCs w:val="24"/>
          <w:lang w:val="tr-TR"/>
        </w:rPr>
        <w:t xml:space="preserve"> </w:t>
      </w:r>
    </w:p>
    <w:p w14:paraId="5630D6AA" w14:textId="6E9DF9E8" w:rsidR="005B4F96" w:rsidRPr="00462DBE" w:rsidRDefault="005B4F96" w:rsidP="005B4F96">
      <w:pPr>
        <w:spacing w:after="0"/>
        <w:jc w:val="center"/>
        <w:rPr>
          <w:rFonts w:ascii="Times New Roman" w:hAnsi="Times New Roman" w:cs="Times New Roman"/>
          <w:b/>
          <w:bCs/>
          <w:sz w:val="24"/>
          <w:szCs w:val="24"/>
          <w:lang w:val="tr-TR"/>
        </w:rPr>
      </w:pPr>
      <w:r w:rsidRPr="00462DBE">
        <w:rPr>
          <w:rFonts w:ascii="Times New Roman" w:hAnsi="Times New Roman" w:cs="Times New Roman"/>
          <w:b/>
          <w:bCs/>
          <w:sz w:val="24"/>
          <w:szCs w:val="24"/>
          <w:lang w:val="tr-TR"/>
        </w:rPr>
        <w:t>US</w:t>
      </w:r>
      <w:r w:rsidR="004054B6" w:rsidRPr="00462DBE">
        <w:rPr>
          <w:rFonts w:ascii="Times New Roman" w:hAnsi="Times New Roman" w:cs="Times New Roman"/>
          <w:b/>
          <w:bCs/>
          <w:sz w:val="24"/>
          <w:szCs w:val="24"/>
          <w:lang w:val="tr-TR"/>
        </w:rPr>
        <w:t>U</w:t>
      </w:r>
      <w:r w:rsidRPr="00462DBE">
        <w:rPr>
          <w:rFonts w:ascii="Times New Roman" w:hAnsi="Times New Roman" w:cs="Times New Roman"/>
          <w:b/>
          <w:bCs/>
          <w:sz w:val="24"/>
          <w:szCs w:val="24"/>
          <w:lang w:val="tr-TR"/>
        </w:rPr>
        <w:t>L VE ESASLAR</w:t>
      </w:r>
      <w:r w:rsidR="004054B6" w:rsidRPr="00462DBE">
        <w:rPr>
          <w:rFonts w:ascii="Times New Roman" w:hAnsi="Times New Roman" w:cs="Times New Roman"/>
          <w:b/>
          <w:bCs/>
          <w:sz w:val="24"/>
          <w:szCs w:val="24"/>
          <w:lang w:val="tr-TR"/>
        </w:rPr>
        <w:t>I</w:t>
      </w:r>
    </w:p>
    <w:p w14:paraId="44E56BB6" w14:textId="77777777" w:rsidR="007C3E2F" w:rsidRPr="00462DBE" w:rsidRDefault="007C3E2F">
      <w:pPr>
        <w:rPr>
          <w:rFonts w:ascii="Times New Roman" w:hAnsi="Times New Roman" w:cs="Times New Roman"/>
          <w:sz w:val="24"/>
          <w:szCs w:val="24"/>
          <w:lang w:val="tr-TR"/>
        </w:rPr>
      </w:pPr>
    </w:p>
    <w:p w14:paraId="4466BF91" w14:textId="161171DA" w:rsidR="004054B6" w:rsidRPr="00462DBE" w:rsidRDefault="00000000" w:rsidP="00462DBE">
      <w:pPr>
        <w:ind w:firstLine="720"/>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Antrenörlük Eğitimi Bölümünde öğrencilerin antrenörlük uygulaması işlerini yürütmek üzere bir koordinatör belirlenir.</w:t>
      </w:r>
      <w:r w:rsidR="004054B6" w:rsidRPr="00462DBE">
        <w:rPr>
          <w:rFonts w:ascii="Times New Roman" w:hAnsi="Times New Roman" w:cs="Times New Roman"/>
          <w:sz w:val="24"/>
          <w:szCs w:val="24"/>
          <w:lang w:val="tr-TR"/>
        </w:rPr>
        <w:t xml:space="preserve"> Belirlenen koordinatör uzmanlık dalı dersi alan öğrencilerin uygulamalarını yürütecekleri yerlerle gerekli iletişimleri yürütür ve öğrencilerin uygulamalarını belirlenmiş gerekli kıstas ve ölçütlere g</w:t>
      </w:r>
      <w:r w:rsidR="00462DBE">
        <w:rPr>
          <w:rFonts w:ascii="Times New Roman" w:hAnsi="Times New Roman" w:cs="Times New Roman"/>
          <w:sz w:val="24"/>
          <w:szCs w:val="24"/>
          <w:lang w:val="tr-TR"/>
        </w:rPr>
        <w:t>ör</w:t>
      </w:r>
      <w:r w:rsidR="004054B6" w:rsidRPr="00462DBE">
        <w:rPr>
          <w:rFonts w:ascii="Times New Roman" w:hAnsi="Times New Roman" w:cs="Times New Roman"/>
          <w:sz w:val="24"/>
          <w:szCs w:val="24"/>
          <w:lang w:val="tr-TR"/>
        </w:rPr>
        <w:t>e gerçekleştirilmesi sürecini takip eder.</w:t>
      </w:r>
      <w:r w:rsidR="005B4F96" w:rsidRPr="00462DBE">
        <w:rPr>
          <w:rFonts w:ascii="Times New Roman" w:hAnsi="Times New Roman" w:cs="Times New Roman"/>
          <w:sz w:val="24"/>
          <w:szCs w:val="24"/>
          <w:lang w:val="tr-TR"/>
        </w:rPr>
        <w:t xml:space="preserve"> </w:t>
      </w:r>
      <w:r w:rsidR="004054B6" w:rsidRPr="00462DBE">
        <w:rPr>
          <w:rFonts w:ascii="Times New Roman" w:hAnsi="Times New Roman" w:cs="Times New Roman"/>
          <w:sz w:val="24"/>
          <w:szCs w:val="24"/>
          <w:lang w:val="tr-TR"/>
        </w:rPr>
        <w:t xml:space="preserve">Antrenörlük uygulaması dersinin başladığı ilk haftadan itibaren uygulama öğrencileri için dersi veren öğretim elemanı rehber öğretim </w:t>
      </w:r>
      <w:r w:rsidR="003F5EB9" w:rsidRPr="00462DBE">
        <w:rPr>
          <w:rFonts w:ascii="Times New Roman" w:hAnsi="Times New Roman" w:cs="Times New Roman"/>
          <w:sz w:val="24"/>
          <w:szCs w:val="24"/>
          <w:lang w:val="tr-TR"/>
        </w:rPr>
        <w:t>elemanı</w:t>
      </w:r>
      <w:r w:rsidR="004054B6" w:rsidRPr="00462DBE">
        <w:rPr>
          <w:rFonts w:ascii="Times New Roman" w:hAnsi="Times New Roman" w:cs="Times New Roman"/>
          <w:sz w:val="24"/>
          <w:szCs w:val="24"/>
          <w:lang w:val="tr-TR"/>
        </w:rPr>
        <w:t xml:space="preserve"> olarak belirlenir. Rehber öğretim </w:t>
      </w:r>
      <w:r w:rsidR="003F5EB9" w:rsidRPr="00462DBE">
        <w:rPr>
          <w:rFonts w:ascii="Times New Roman" w:hAnsi="Times New Roman" w:cs="Times New Roman"/>
          <w:sz w:val="24"/>
          <w:szCs w:val="24"/>
          <w:lang w:val="tr-TR"/>
        </w:rPr>
        <w:t>elemanı</w:t>
      </w:r>
      <w:r w:rsidR="004054B6" w:rsidRPr="00462DBE">
        <w:rPr>
          <w:rFonts w:ascii="Times New Roman" w:hAnsi="Times New Roman" w:cs="Times New Roman"/>
          <w:sz w:val="24"/>
          <w:szCs w:val="24"/>
          <w:lang w:val="tr-TR"/>
        </w:rPr>
        <w:t xml:space="preserve"> güz ve bahar dönemlerinde ilk ders haftası antrenörlük uygulaması dersini alan öğrencileri süreçle ilgili olarak tüm detaylarıyla bilgilendirir ve süreç içerisinde doldurulması gereken tüm formları tanıtarak öğrencilerin formların temininden ve tesliminden birinci derecede sorumlu olduklarını açıklar. Antrenörlük Eğitimi Bölümü Antrenörlük Uygulama Dersi koordinatörü</w:t>
      </w:r>
      <w:r w:rsidR="00C66D2A" w:rsidRPr="00462DBE">
        <w:rPr>
          <w:rFonts w:ascii="Times New Roman" w:hAnsi="Times New Roman" w:cs="Times New Roman"/>
          <w:sz w:val="24"/>
          <w:szCs w:val="24"/>
          <w:lang w:val="tr-TR"/>
        </w:rPr>
        <w:t>/bölüm başkanı</w:t>
      </w:r>
      <w:r w:rsidR="004054B6" w:rsidRPr="00462DBE">
        <w:rPr>
          <w:rFonts w:ascii="Times New Roman" w:hAnsi="Times New Roman" w:cs="Times New Roman"/>
          <w:sz w:val="24"/>
          <w:szCs w:val="24"/>
          <w:lang w:val="tr-TR"/>
        </w:rPr>
        <w:t xml:space="preserve"> tarafından belirlenmiş bir kurum, kuruluş, kulüp ya da iş yeri var ise öğrencilerin uygulamalarını gerçekleştirmeleri </w:t>
      </w:r>
      <w:r w:rsidR="00170616" w:rsidRPr="00462DBE">
        <w:rPr>
          <w:rFonts w:ascii="Times New Roman" w:hAnsi="Times New Roman" w:cs="Times New Roman"/>
          <w:sz w:val="24"/>
          <w:szCs w:val="24"/>
          <w:lang w:val="tr-TR"/>
        </w:rPr>
        <w:t xml:space="preserve">için </w:t>
      </w:r>
      <w:r w:rsidR="004054B6" w:rsidRPr="00462DBE">
        <w:rPr>
          <w:rFonts w:ascii="Times New Roman" w:hAnsi="Times New Roman" w:cs="Times New Roman"/>
          <w:sz w:val="24"/>
          <w:szCs w:val="24"/>
          <w:lang w:val="tr-TR"/>
        </w:rPr>
        <w:t xml:space="preserve">gerekli </w:t>
      </w:r>
      <w:r w:rsidR="00170616" w:rsidRPr="00462DBE">
        <w:rPr>
          <w:rFonts w:ascii="Times New Roman" w:hAnsi="Times New Roman" w:cs="Times New Roman"/>
          <w:sz w:val="24"/>
          <w:szCs w:val="24"/>
          <w:lang w:val="tr-TR"/>
        </w:rPr>
        <w:t>iletişim</w:t>
      </w:r>
      <w:r w:rsidR="004054B6" w:rsidRPr="00462DBE">
        <w:rPr>
          <w:rFonts w:ascii="Times New Roman" w:hAnsi="Times New Roman" w:cs="Times New Roman"/>
          <w:sz w:val="24"/>
          <w:szCs w:val="24"/>
          <w:lang w:val="tr-TR"/>
        </w:rPr>
        <w:t xml:space="preserve"> kurulur ve </w:t>
      </w:r>
      <w:r w:rsidR="00170616" w:rsidRPr="00462DBE">
        <w:rPr>
          <w:rFonts w:ascii="Times New Roman" w:hAnsi="Times New Roman" w:cs="Times New Roman"/>
          <w:sz w:val="24"/>
          <w:szCs w:val="24"/>
          <w:lang w:val="tr-TR"/>
        </w:rPr>
        <w:t>resmî</w:t>
      </w:r>
      <w:r w:rsidR="004054B6" w:rsidRPr="00462DBE">
        <w:rPr>
          <w:rFonts w:ascii="Times New Roman" w:hAnsi="Times New Roman" w:cs="Times New Roman"/>
          <w:sz w:val="24"/>
          <w:szCs w:val="24"/>
          <w:lang w:val="tr-TR"/>
        </w:rPr>
        <w:t xml:space="preserve"> belge onayıyla birlikte </w:t>
      </w:r>
      <w:r w:rsidR="00170616" w:rsidRPr="00462DBE">
        <w:rPr>
          <w:rFonts w:ascii="Times New Roman" w:hAnsi="Times New Roman" w:cs="Times New Roman"/>
          <w:sz w:val="24"/>
          <w:szCs w:val="24"/>
          <w:lang w:val="tr-TR"/>
        </w:rPr>
        <w:t>öğrencinin uygulamalarına ölçütlere uygun olarak başlaması sağlanır. Öğrenci koordinatörün onayı dahilinde ölçütlere uygun başka bir yerde de uygulamasını gerçekleştirebilir.</w:t>
      </w:r>
    </w:p>
    <w:p w14:paraId="7B22267E" w14:textId="30468912" w:rsidR="007C3E2F" w:rsidRPr="00462DBE" w:rsidRDefault="005B4F96" w:rsidP="00462DBE">
      <w:pPr>
        <w:ind w:firstLine="720"/>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 xml:space="preserve">Bir öğrencinin antrenörlük uygulamasını yapabilmesi için ilgili </w:t>
      </w:r>
      <w:r w:rsidR="00093904" w:rsidRPr="00462DBE">
        <w:rPr>
          <w:rFonts w:ascii="Times New Roman" w:hAnsi="Times New Roman" w:cs="Times New Roman"/>
          <w:sz w:val="24"/>
          <w:szCs w:val="24"/>
          <w:lang w:val="tr-TR"/>
        </w:rPr>
        <w:t xml:space="preserve">spor dalı için </w:t>
      </w:r>
      <w:r w:rsidRPr="00462DBE">
        <w:rPr>
          <w:rFonts w:ascii="Times New Roman" w:hAnsi="Times New Roman" w:cs="Times New Roman"/>
          <w:sz w:val="24"/>
          <w:szCs w:val="24"/>
          <w:lang w:val="tr-TR"/>
        </w:rPr>
        <w:t xml:space="preserve">uzmanlık 1 ve 2 derslerini almış olması gerekmektedir. Antrenörlük uygulamasının yapılacağı </w:t>
      </w:r>
      <w:r w:rsidR="00093904" w:rsidRPr="00462DBE">
        <w:rPr>
          <w:rFonts w:ascii="Times New Roman" w:hAnsi="Times New Roman" w:cs="Times New Roman"/>
          <w:sz w:val="24"/>
          <w:szCs w:val="24"/>
          <w:lang w:val="tr-TR"/>
        </w:rPr>
        <w:t>uygulama yerinde</w:t>
      </w:r>
      <w:r w:rsidRPr="00462DBE">
        <w:rPr>
          <w:rFonts w:ascii="Times New Roman" w:hAnsi="Times New Roman" w:cs="Times New Roman"/>
          <w:sz w:val="24"/>
          <w:szCs w:val="24"/>
          <w:lang w:val="tr-TR"/>
        </w:rPr>
        <w:t xml:space="preserve">, antrenörün ilgili spor branşında </w:t>
      </w:r>
      <w:r w:rsidR="00093904" w:rsidRPr="00462DBE">
        <w:rPr>
          <w:rFonts w:ascii="Times New Roman" w:hAnsi="Times New Roman" w:cs="Times New Roman"/>
          <w:sz w:val="24"/>
          <w:szCs w:val="24"/>
          <w:lang w:val="tr-TR"/>
        </w:rPr>
        <w:t>en az 3. kademe</w:t>
      </w:r>
      <w:r w:rsidRPr="00462DBE">
        <w:rPr>
          <w:rFonts w:ascii="Times New Roman" w:hAnsi="Times New Roman" w:cs="Times New Roman"/>
          <w:sz w:val="24"/>
          <w:szCs w:val="24"/>
          <w:lang w:val="tr-TR"/>
        </w:rPr>
        <w:t xml:space="preserve"> antrenörlük belgesine sahip olması gerekmektedir.</w:t>
      </w:r>
    </w:p>
    <w:p w14:paraId="4FD5945F" w14:textId="77777777" w:rsidR="00374985" w:rsidRPr="00462DBE" w:rsidRDefault="00374985">
      <w:pPr>
        <w:rPr>
          <w:rFonts w:ascii="Times New Roman" w:hAnsi="Times New Roman" w:cs="Times New Roman"/>
          <w:sz w:val="24"/>
          <w:szCs w:val="24"/>
          <w:lang w:val="tr-TR"/>
        </w:rPr>
      </w:pPr>
    </w:p>
    <w:p w14:paraId="2E82FA91" w14:textId="77777777" w:rsidR="007C3E2F" w:rsidRPr="00462DBE" w:rsidRDefault="00000000">
      <w:pPr>
        <w:rPr>
          <w:rFonts w:ascii="Times New Roman" w:hAnsi="Times New Roman" w:cs="Times New Roman"/>
          <w:b/>
          <w:bCs/>
          <w:sz w:val="24"/>
          <w:szCs w:val="24"/>
          <w:lang w:val="tr-TR"/>
        </w:rPr>
      </w:pPr>
      <w:r w:rsidRPr="00462DBE">
        <w:rPr>
          <w:rFonts w:ascii="Times New Roman" w:hAnsi="Times New Roman" w:cs="Times New Roman"/>
          <w:b/>
          <w:bCs/>
          <w:sz w:val="24"/>
          <w:szCs w:val="24"/>
          <w:lang w:val="tr-TR"/>
        </w:rPr>
        <w:t>1. Giriş</w:t>
      </w:r>
    </w:p>
    <w:p w14:paraId="71D35C66" w14:textId="77777777" w:rsidR="007C3E2F" w:rsidRPr="00462DBE" w:rsidRDefault="00000000" w:rsidP="00462DBE">
      <w:pPr>
        <w:ind w:firstLine="720"/>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Bu belge, üniversitede antrenörlük eğitimi bölümü öğrencilerinin uygulama sürecinde uyması gereken usul ve esasları belirlemek amacıyla hazırlanmıştır. Antrenörlük uygulaması hem öğrencinin mesleki yeterlilik anlamında hem de sporcuların gelişiminde kritik bir rol oynar ve bu süreçte uygulamanın yerine getirildiği tarafın mevzuatlarına, disiplin yönetmeliklerine ve etik ilkeler ile sporun kurallarına öğrencinin riayet etmesi gereklidir.</w:t>
      </w:r>
    </w:p>
    <w:p w14:paraId="548C9915" w14:textId="18B9E9F2" w:rsidR="007C3E2F" w:rsidRPr="00462DBE" w:rsidRDefault="00000000" w:rsidP="00462DBE">
      <w:pPr>
        <w:ind w:firstLine="720"/>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Öğrenci Antrenörlük Uygulaması dersi kapsamında bir önceki eğitim</w:t>
      </w:r>
      <w:r w:rsidR="00462DBE">
        <w:rPr>
          <w:rFonts w:ascii="Times New Roman" w:hAnsi="Times New Roman" w:cs="Times New Roman"/>
          <w:sz w:val="24"/>
          <w:szCs w:val="24"/>
          <w:lang w:val="tr-TR"/>
        </w:rPr>
        <w:t>-</w:t>
      </w:r>
      <w:r w:rsidRPr="00462DBE">
        <w:rPr>
          <w:rFonts w:ascii="Times New Roman" w:hAnsi="Times New Roman" w:cs="Times New Roman"/>
          <w:sz w:val="24"/>
          <w:szCs w:val="24"/>
          <w:lang w:val="tr-TR"/>
        </w:rPr>
        <w:t xml:space="preserve">öğretim yılında seçtiği uzmanlık dalında faaliyet gösteren bir kulüp, işyeri, kurum ya da kuruluşta mevzuatlara, disiplin yönetmeliklerine uygun olarak uygulama sürecini yerine getirir. </w:t>
      </w:r>
    </w:p>
    <w:p w14:paraId="60E90CCE" w14:textId="298E816F" w:rsidR="00374985" w:rsidRPr="00462DBE" w:rsidRDefault="00374985" w:rsidP="00462DBE">
      <w:pPr>
        <w:ind w:firstLine="720"/>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 xml:space="preserve">Antrenörlük uygulaması, 4. sınıf güz ve bahar yarıyılı olmak üzere toplam 2 dönem olarak yapılır. Dersin uygulama kısmı haftada en az 4 saat olarak belirlenen uygulama yerinde gerçekleştirilir. Öğrencinin yanında uygulamasını gerçekleştirdiği antrenörün söz konusu spor dalında en </w:t>
      </w:r>
      <w:r w:rsidR="00462DBE">
        <w:rPr>
          <w:rFonts w:ascii="Times New Roman" w:hAnsi="Times New Roman" w:cs="Times New Roman"/>
          <w:sz w:val="24"/>
          <w:szCs w:val="24"/>
          <w:lang w:val="tr-TR"/>
        </w:rPr>
        <w:t xml:space="preserve">az </w:t>
      </w:r>
      <w:r w:rsidRPr="00462DBE">
        <w:rPr>
          <w:rFonts w:ascii="Times New Roman" w:hAnsi="Times New Roman" w:cs="Times New Roman"/>
          <w:sz w:val="24"/>
          <w:szCs w:val="24"/>
          <w:lang w:val="tr-TR"/>
        </w:rPr>
        <w:t>3. Kademe antrenörlük belgesine sahip olması gerekir.</w:t>
      </w:r>
    </w:p>
    <w:p w14:paraId="432A9951" w14:textId="70421BE2" w:rsidR="00093904" w:rsidRPr="00462DBE" w:rsidRDefault="00093904" w:rsidP="00462DBE">
      <w:pPr>
        <w:ind w:firstLine="720"/>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 xml:space="preserve">Yatay geçişle bölümlere intibakı yapılan öğrencilerin daha önce yaptıkları </w:t>
      </w:r>
      <w:r w:rsidR="00462DBE">
        <w:rPr>
          <w:rFonts w:ascii="Times New Roman" w:hAnsi="Times New Roman" w:cs="Times New Roman"/>
          <w:sz w:val="24"/>
          <w:szCs w:val="24"/>
          <w:lang w:val="tr-TR"/>
        </w:rPr>
        <w:t>a</w:t>
      </w:r>
      <w:r w:rsidRPr="00462DBE">
        <w:rPr>
          <w:rFonts w:ascii="Times New Roman" w:hAnsi="Times New Roman" w:cs="Times New Roman"/>
          <w:sz w:val="24"/>
          <w:szCs w:val="24"/>
          <w:lang w:val="tr-TR"/>
        </w:rPr>
        <w:t>ntrenörlük uygulamalarının geçerliği bölüm tarafından karara bağlanır.</w:t>
      </w:r>
      <w:r w:rsidR="00462DBE">
        <w:rPr>
          <w:rFonts w:ascii="Times New Roman" w:hAnsi="Times New Roman" w:cs="Times New Roman"/>
          <w:sz w:val="24"/>
          <w:szCs w:val="24"/>
          <w:lang w:val="tr-TR"/>
        </w:rPr>
        <w:t xml:space="preserve"> Bölüm başkanlığının uygulamanın yeniden yapılmasına karar verdiği durumda öğrenci uygulamasını bu belgedeki usul ve esaslara göre yerine getirir.</w:t>
      </w:r>
    </w:p>
    <w:p w14:paraId="60924E2E" w14:textId="77777777" w:rsidR="00462DBE" w:rsidRDefault="00462DBE" w:rsidP="00462DBE">
      <w:pPr>
        <w:jc w:val="both"/>
        <w:rPr>
          <w:rFonts w:ascii="Times New Roman" w:hAnsi="Times New Roman" w:cs="Times New Roman"/>
          <w:b/>
          <w:bCs/>
          <w:sz w:val="24"/>
          <w:szCs w:val="24"/>
          <w:u w:val="single"/>
          <w:lang w:val="tr-TR"/>
        </w:rPr>
      </w:pPr>
    </w:p>
    <w:p w14:paraId="5A1A7690" w14:textId="1A2034B2" w:rsidR="00C66D2A" w:rsidRPr="00462DBE" w:rsidRDefault="00C66D2A" w:rsidP="00462DBE">
      <w:pPr>
        <w:jc w:val="both"/>
        <w:rPr>
          <w:rFonts w:ascii="Times New Roman" w:hAnsi="Times New Roman" w:cs="Times New Roman"/>
          <w:b/>
          <w:bCs/>
          <w:sz w:val="24"/>
          <w:szCs w:val="24"/>
          <w:u w:val="single"/>
          <w:lang w:val="tr-TR"/>
        </w:rPr>
      </w:pPr>
      <w:r w:rsidRPr="00462DBE">
        <w:rPr>
          <w:rFonts w:ascii="Times New Roman" w:hAnsi="Times New Roman" w:cs="Times New Roman"/>
          <w:b/>
          <w:bCs/>
          <w:sz w:val="24"/>
          <w:szCs w:val="24"/>
          <w:u w:val="single"/>
          <w:lang w:val="tr-TR"/>
        </w:rPr>
        <w:lastRenderedPageBreak/>
        <w:t>Uygulama Yeri ve Antrenörün Belirlenmesi</w:t>
      </w:r>
    </w:p>
    <w:p w14:paraId="7DD59E77" w14:textId="5AE1392E" w:rsidR="003F5EB9" w:rsidRPr="00462DBE" w:rsidRDefault="00C66D2A" w:rsidP="00462DBE">
      <w:pPr>
        <w:spacing w:line="360" w:lineRule="auto"/>
        <w:ind w:firstLine="720"/>
        <w:jc w:val="both"/>
        <w:rPr>
          <w:rFonts w:ascii="Times New Roman" w:hAnsi="Times New Roman" w:cs="Times New Roman"/>
          <w:bCs/>
          <w:sz w:val="24"/>
          <w:szCs w:val="24"/>
          <w:lang w:val="tr-TR"/>
        </w:rPr>
      </w:pPr>
      <w:r w:rsidRPr="00462DBE">
        <w:rPr>
          <w:rFonts w:ascii="Times New Roman" w:hAnsi="Times New Roman" w:cs="Times New Roman"/>
          <w:sz w:val="24"/>
          <w:szCs w:val="24"/>
          <w:lang w:val="tr-TR"/>
        </w:rPr>
        <w:t xml:space="preserve">Öğrenci antrenörlük uygulamasının gerçekleştirileceği yer </w:t>
      </w:r>
      <w:r w:rsidR="00462DBE">
        <w:rPr>
          <w:rFonts w:ascii="Times New Roman" w:hAnsi="Times New Roman" w:cs="Times New Roman"/>
          <w:sz w:val="24"/>
          <w:szCs w:val="24"/>
          <w:lang w:val="tr-TR"/>
        </w:rPr>
        <w:t xml:space="preserve">koordinatör ya da koordinatörün bilgisi ve onayı dahilinde rehber öğretim elemanı danışmanlığında </w:t>
      </w:r>
      <w:r w:rsidRPr="00462DBE">
        <w:rPr>
          <w:rFonts w:ascii="Times New Roman" w:hAnsi="Times New Roman" w:cs="Times New Roman"/>
          <w:sz w:val="24"/>
          <w:szCs w:val="24"/>
          <w:lang w:val="tr-TR"/>
        </w:rPr>
        <w:t>belirle</w:t>
      </w:r>
      <w:r w:rsidR="00462DBE">
        <w:rPr>
          <w:rFonts w:ascii="Times New Roman" w:hAnsi="Times New Roman" w:cs="Times New Roman"/>
          <w:sz w:val="24"/>
          <w:szCs w:val="24"/>
          <w:lang w:val="tr-TR"/>
        </w:rPr>
        <w:t>n</w:t>
      </w:r>
      <w:r w:rsidRPr="00462DBE">
        <w:rPr>
          <w:rFonts w:ascii="Times New Roman" w:hAnsi="Times New Roman" w:cs="Times New Roman"/>
          <w:sz w:val="24"/>
          <w:szCs w:val="24"/>
          <w:lang w:val="tr-TR"/>
        </w:rPr>
        <w:t>dikten sonra “</w:t>
      </w:r>
      <w:r w:rsidRPr="00462DBE">
        <w:rPr>
          <w:rFonts w:ascii="Times New Roman" w:hAnsi="Times New Roman" w:cs="Times New Roman"/>
          <w:b/>
          <w:sz w:val="24"/>
          <w:szCs w:val="24"/>
          <w:lang w:val="tr-TR"/>
        </w:rPr>
        <w:t xml:space="preserve">EK:1-Antrenörlük Deneyimi/Antrenörlük Uygulaması Başvuru Formu” </w:t>
      </w:r>
      <w:r w:rsidRPr="00462DBE">
        <w:rPr>
          <w:rFonts w:ascii="Times New Roman" w:hAnsi="Times New Roman" w:cs="Times New Roman"/>
          <w:bCs/>
          <w:sz w:val="24"/>
          <w:szCs w:val="24"/>
          <w:lang w:val="tr-TR"/>
        </w:rPr>
        <w:t>doldur</w:t>
      </w:r>
      <w:r w:rsidR="00462DBE">
        <w:rPr>
          <w:rFonts w:ascii="Times New Roman" w:hAnsi="Times New Roman" w:cs="Times New Roman"/>
          <w:bCs/>
          <w:sz w:val="24"/>
          <w:szCs w:val="24"/>
          <w:lang w:val="tr-TR"/>
        </w:rPr>
        <w:t>ul</w:t>
      </w:r>
      <w:r w:rsidRPr="00462DBE">
        <w:rPr>
          <w:rFonts w:ascii="Times New Roman" w:hAnsi="Times New Roman" w:cs="Times New Roman"/>
          <w:bCs/>
          <w:sz w:val="24"/>
          <w:szCs w:val="24"/>
          <w:lang w:val="tr-TR"/>
        </w:rPr>
        <w:t>arak bölüm başkanlığının onayına sunulur. Antrenörlük Bölüm Başkanlığı öğrencinin uygulamasını gerçekleştireceği yerin ve antrenörün ölçütlere uygun olduğun</w:t>
      </w:r>
      <w:r w:rsidR="003F5EB9" w:rsidRPr="00462DBE">
        <w:rPr>
          <w:rFonts w:ascii="Times New Roman" w:hAnsi="Times New Roman" w:cs="Times New Roman"/>
          <w:bCs/>
          <w:sz w:val="24"/>
          <w:szCs w:val="24"/>
          <w:lang w:val="tr-TR"/>
        </w:rPr>
        <w:t>a karar ver</w:t>
      </w:r>
      <w:r w:rsidR="00462DBE">
        <w:rPr>
          <w:rFonts w:ascii="Times New Roman" w:hAnsi="Times New Roman" w:cs="Times New Roman"/>
          <w:bCs/>
          <w:sz w:val="24"/>
          <w:szCs w:val="24"/>
          <w:lang w:val="tr-TR"/>
        </w:rPr>
        <w:t>miş</w:t>
      </w:r>
      <w:r w:rsidR="003F5EB9" w:rsidRPr="00462DBE">
        <w:rPr>
          <w:rFonts w:ascii="Times New Roman" w:hAnsi="Times New Roman" w:cs="Times New Roman"/>
          <w:bCs/>
          <w:sz w:val="24"/>
          <w:szCs w:val="24"/>
          <w:lang w:val="tr-TR"/>
        </w:rPr>
        <w:t xml:space="preserve"> ve öğrencinin talebini onaylamış ise “</w:t>
      </w:r>
      <w:r w:rsidR="003F5EB9" w:rsidRPr="00462DBE">
        <w:rPr>
          <w:rFonts w:ascii="Times New Roman" w:hAnsi="Times New Roman" w:cs="Times New Roman"/>
          <w:b/>
          <w:sz w:val="24"/>
          <w:szCs w:val="24"/>
          <w:lang w:val="tr-TR"/>
        </w:rPr>
        <w:t xml:space="preserve">EK:2- Antrenörlük Eğitimi Bölümü Başkanlığınca Yazılan Belge” </w:t>
      </w:r>
      <w:r w:rsidR="003F5EB9" w:rsidRPr="00462DBE">
        <w:rPr>
          <w:rFonts w:ascii="Times New Roman" w:hAnsi="Times New Roman" w:cs="Times New Roman"/>
          <w:bCs/>
          <w:sz w:val="24"/>
          <w:szCs w:val="24"/>
          <w:lang w:val="tr-TR"/>
        </w:rPr>
        <w:t xml:space="preserve">bölüm başkanlığınca hazırlanarak öğrencinin uygulamasını yapacağı yere iletilir. Öğrencinin uygulamasını </w:t>
      </w:r>
      <w:r w:rsidR="00462DBE" w:rsidRPr="00462DBE">
        <w:rPr>
          <w:rFonts w:ascii="Times New Roman" w:hAnsi="Times New Roman" w:cs="Times New Roman"/>
          <w:bCs/>
          <w:sz w:val="24"/>
          <w:szCs w:val="24"/>
          <w:lang w:val="tr-TR"/>
        </w:rPr>
        <w:t>gerçekleştirmeyi</w:t>
      </w:r>
      <w:r w:rsidR="003F5EB9" w:rsidRPr="00462DBE">
        <w:rPr>
          <w:rFonts w:ascii="Times New Roman" w:hAnsi="Times New Roman" w:cs="Times New Roman"/>
          <w:bCs/>
          <w:sz w:val="24"/>
          <w:szCs w:val="24"/>
          <w:lang w:val="tr-TR"/>
        </w:rPr>
        <w:t xml:space="preserve"> talep ettiği kurum/kuruluş/kulüp/iş yeri talebi kabul etmiş ise “</w:t>
      </w:r>
      <w:r w:rsidR="003F5EB9" w:rsidRPr="00462DBE">
        <w:rPr>
          <w:rFonts w:ascii="Times New Roman" w:hAnsi="Times New Roman" w:cs="Times New Roman"/>
          <w:b/>
          <w:sz w:val="24"/>
          <w:szCs w:val="24"/>
          <w:lang w:val="tr-TR"/>
        </w:rPr>
        <w:t xml:space="preserve">EK:3-Spor Kulübü Kabul Formu” </w:t>
      </w:r>
      <w:r w:rsidR="003F5EB9" w:rsidRPr="00462DBE">
        <w:rPr>
          <w:rFonts w:ascii="Times New Roman" w:hAnsi="Times New Roman" w:cs="Times New Roman"/>
          <w:bCs/>
          <w:sz w:val="24"/>
          <w:szCs w:val="24"/>
          <w:lang w:val="tr-TR"/>
        </w:rPr>
        <w:t>uygulamanın yapılacağı yerin</w:t>
      </w:r>
      <w:r w:rsidR="003F5EB9" w:rsidRPr="00462DBE">
        <w:rPr>
          <w:rFonts w:ascii="Times New Roman" w:hAnsi="Times New Roman" w:cs="Times New Roman"/>
          <w:b/>
          <w:sz w:val="24"/>
          <w:szCs w:val="24"/>
          <w:lang w:val="tr-TR"/>
        </w:rPr>
        <w:t xml:space="preserve"> </w:t>
      </w:r>
      <w:r w:rsidR="003F5EB9" w:rsidRPr="00462DBE">
        <w:rPr>
          <w:rFonts w:ascii="Times New Roman" w:hAnsi="Times New Roman" w:cs="Times New Roman"/>
          <w:bCs/>
          <w:sz w:val="24"/>
          <w:szCs w:val="24"/>
          <w:lang w:val="tr-TR"/>
        </w:rPr>
        <w:t xml:space="preserve">yetkilisi tarafından doldurulur ve onaylı olarak bölüm başkanlığına belge ulaştırılır. </w:t>
      </w:r>
      <w:r w:rsidR="003F5EB9" w:rsidRPr="00462DBE">
        <w:rPr>
          <w:rFonts w:ascii="Times New Roman" w:hAnsi="Times New Roman" w:cs="Times New Roman"/>
          <w:b/>
          <w:sz w:val="24"/>
          <w:szCs w:val="24"/>
          <w:lang w:val="tr-TR"/>
        </w:rPr>
        <w:t>EK:4’ten EK:8’e</w:t>
      </w:r>
      <w:r w:rsidR="003F5EB9" w:rsidRPr="00462DBE">
        <w:rPr>
          <w:rFonts w:ascii="Times New Roman" w:hAnsi="Times New Roman" w:cs="Times New Roman"/>
          <w:bCs/>
          <w:sz w:val="24"/>
          <w:szCs w:val="24"/>
          <w:lang w:val="tr-TR"/>
        </w:rPr>
        <w:t xml:space="preserve"> kadar olan formlar açıklamalarına uygun olarak uygulama süreci başladıktan itibaren doldurulur. EK:4’ten itibaren doldurulan tüm formlar dönem sonunda final sınavlarının yapıldığı tarihler aralığında </w:t>
      </w:r>
      <w:r w:rsidR="00462DBE">
        <w:rPr>
          <w:rFonts w:ascii="Times New Roman" w:hAnsi="Times New Roman" w:cs="Times New Roman"/>
          <w:bCs/>
          <w:sz w:val="24"/>
          <w:szCs w:val="24"/>
          <w:lang w:val="tr-TR"/>
        </w:rPr>
        <w:t xml:space="preserve">öğrenci tarafından </w:t>
      </w:r>
      <w:r w:rsidR="003F5EB9" w:rsidRPr="00462DBE">
        <w:rPr>
          <w:rFonts w:ascii="Times New Roman" w:hAnsi="Times New Roman" w:cs="Times New Roman"/>
          <w:bCs/>
          <w:sz w:val="24"/>
          <w:szCs w:val="24"/>
          <w:lang w:val="tr-TR"/>
        </w:rPr>
        <w:t>rehber öğretim elemanına teslim edilir. Oluşturulacak komisyon tarafından öğrencinin uygulama dosyası değerlendirilir ve süreç tamamlanarak tüm belgeler Antrenörlük Eğitim</w:t>
      </w:r>
      <w:r w:rsidR="00462DBE">
        <w:rPr>
          <w:rFonts w:ascii="Times New Roman" w:hAnsi="Times New Roman" w:cs="Times New Roman"/>
          <w:bCs/>
          <w:sz w:val="24"/>
          <w:szCs w:val="24"/>
          <w:lang w:val="tr-TR"/>
        </w:rPr>
        <w:t>i Bölümü</w:t>
      </w:r>
      <w:r w:rsidR="003F5EB9" w:rsidRPr="00462DBE">
        <w:rPr>
          <w:rFonts w:ascii="Times New Roman" w:hAnsi="Times New Roman" w:cs="Times New Roman"/>
          <w:bCs/>
          <w:sz w:val="24"/>
          <w:szCs w:val="24"/>
          <w:lang w:val="tr-TR"/>
        </w:rPr>
        <w:t xml:space="preserve"> Başkanlığına teslim edilir.</w:t>
      </w:r>
    </w:p>
    <w:p w14:paraId="21053C5A" w14:textId="072D288E" w:rsidR="00374985" w:rsidRPr="00462DBE" w:rsidRDefault="00374985" w:rsidP="00462DBE">
      <w:pPr>
        <w:jc w:val="both"/>
        <w:rPr>
          <w:rFonts w:ascii="Times New Roman" w:hAnsi="Times New Roman" w:cs="Times New Roman"/>
          <w:bCs/>
          <w:sz w:val="24"/>
          <w:szCs w:val="24"/>
          <w:lang w:val="tr-TR"/>
        </w:rPr>
      </w:pPr>
    </w:p>
    <w:p w14:paraId="30D9A75A" w14:textId="77777777" w:rsidR="007C3E2F" w:rsidRPr="00462DBE" w:rsidRDefault="00000000" w:rsidP="00462DBE">
      <w:pPr>
        <w:jc w:val="both"/>
        <w:rPr>
          <w:rFonts w:ascii="Times New Roman" w:hAnsi="Times New Roman" w:cs="Times New Roman"/>
          <w:b/>
          <w:bCs/>
          <w:sz w:val="24"/>
          <w:szCs w:val="24"/>
          <w:lang w:val="tr-TR"/>
        </w:rPr>
      </w:pPr>
      <w:r w:rsidRPr="00462DBE">
        <w:rPr>
          <w:rFonts w:ascii="Times New Roman" w:hAnsi="Times New Roman" w:cs="Times New Roman"/>
          <w:b/>
          <w:bCs/>
          <w:sz w:val="24"/>
          <w:szCs w:val="24"/>
          <w:lang w:val="tr-TR"/>
        </w:rPr>
        <w:t>2. Uygulama Sürecinin Önemi</w:t>
      </w:r>
    </w:p>
    <w:p w14:paraId="28F5F0AD" w14:textId="77777777" w:rsidR="007C3E2F" w:rsidRPr="00462DBE" w:rsidRDefault="00000000" w:rsidP="00462DBE">
      <w:pPr>
        <w:ind w:firstLine="720"/>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Uygulama, öğrencilere teorik bilgilerini pratiğe dökme fırsatı sunar. Antrenörlük uygulaması, öğrencilerin aşağıdaki alanlarda gelişim göstermelerine yardımcı olur:</w:t>
      </w:r>
    </w:p>
    <w:p w14:paraId="7E1EF389" w14:textId="203EE070" w:rsidR="007C3E2F" w:rsidRPr="00462DBE" w:rsidRDefault="00000000" w:rsidP="00462DBE">
      <w:pPr>
        <w:pStyle w:val="ListParagraph"/>
        <w:numPr>
          <w:ilvl w:val="0"/>
          <w:numId w:val="13"/>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 Dalını Öğretmeye İlişkin Pratik Becerilerin Geliştirilmesi: Öğrenciler, antrenman tekniklerini ve metotlarını deneyimli bir antrenör gözetiminde uygulama şansı bulurlar.</w:t>
      </w:r>
    </w:p>
    <w:p w14:paraId="0471D50C" w14:textId="79E6A46D" w:rsidR="007C3E2F" w:rsidRPr="00462DBE" w:rsidRDefault="00000000" w:rsidP="00462DBE">
      <w:pPr>
        <w:pStyle w:val="ListParagraph"/>
        <w:numPr>
          <w:ilvl w:val="0"/>
          <w:numId w:val="13"/>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Etkili İletişim ve İletişim Becerileri: Meslektaşlarıyla, sporcularla ve sporcu çevresiyle etkili bir şekilde iletişim kurma yetenekleri geliştirilir.</w:t>
      </w:r>
    </w:p>
    <w:p w14:paraId="060C6486" w14:textId="38C51CCA" w:rsidR="007C3E2F" w:rsidRDefault="00000000" w:rsidP="00462DBE">
      <w:pPr>
        <w:pStyle w:val="ListParagraph"/>
        <w:numPr>
          <w:ilvl w:val="0"/>
          <w:numId w:val="13"/>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Problem Çözme Yeteneği: Gerçek durumlar karşısında hızlı ve etkili karar verme becerileri kazanılır.</w:t>
      </w:r>
    </w:p>
    <w:p w14:paraId="09C88A40" w14:textId="77777777" w:rsidR="00462DBE" w:rsidRPr="00462DBE" w:rsidRDefault="00462DBE" w:rsidP="00462DBE">
      <w:pPr>
        <w:jc w:val="both"/>
        <w:rPr>
          <w:rFonts w:ascii="Times New Roman" w:hAnsi="Times New Roman" w:cs="Times New Roman"/>
          <w:sz w:val="24"/>
          <w:szCs w:val="24"/>
          <w:lang w:val="tr-TR"/>
        </w:rPr>
      </w:pPr>
    </w:p>
    <w:p w14:paraId="24792EE4" w14:textId="77777777" w:rsidR="007C3E2F" w:rsidRPr="00462DBE" w:rsidRDefault="00000000" w:rsidP="00462DBE">
      <w:pPr>
        <w:jc w:val="both"/>
        <w:rPr>
          <w:rFonts w:ascii="Times New Roman" w:hAnsi="Times New Roman" w:cs="Times New Roman"/>
          <w:b/>
          <w:bCs/>
          <w:sz w:val="24"/>
          <w:szCs w:val="24"/>
          <w:lang w:val="tr-TR"/>
        </w:rPr>
      </w:pPr>
      <w:r w:rsidRPr="00462DBE">
        <w:rPr>
          <w:rFonts w:ascii="Times New Roman" w:hAnsi="Times New Roman" w:cs="Times New Roman"/>
          <w:b/>
          <w:bCs/>
          <w:sz w:val="24"/>
          <w:szCs w:val="24"/>
          <w:lang w:val="tr-TR"/>
        </w:rPr>
        <w:t>3. Uygulamada Uyması Gereken Kurallar</w:t>
      </w:r>
    </w:p>
    <w:p w14:paraId="58089BDF" w14:textId="51946F7B" w:rsidR="007C3E2F" w:rsidRPr="00462DBE" w:rsidRDefault="00000000" w:rsidP="00462DBE">
      <w:pPr>
        <w:ind w:firstLine="720"/>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 xml:space="preserve">Uygulama süresince </w:t>
      </w:r>
      <w:r w:rsidR="00463D07" w:rsidRPr="00462DBE">
        <w:rPr>
          <w:rFonts w:ascii="Times New Roman" w:hAnsi="Times New Roman" w:cs="Times New Roman"/>
          <w:sz w:val="24"/>
          <w:szCs w:val="24"/>
          <w:lang w:val="tr-TR"/>
        </w:rPr>
        <w:t>ö</w:t>
      </w:r>
      <w:r w:rsidRPr="00462DBE">
        <w:rPr>
          <w:rFonts w:ascii="Times New Roman" w:hAnsi="Times New Roman" w:cs="Times New Roman"/>
          <w:sz w:val="24"/>
          <w:szCs w:val="24"/>
          <w:lang w:val="tr-TR"/>
        </w:rPr>
        <w:t>ğrencilerin uyması gereken temel kurallar şunlardır:</w:t>
      </w:r>
    </w:p>
    <w:p w14:paraId="5D5098F2" w14:textId="5C5A9DF9" w:rsidR="007C3E2F" w:rsidRPr="00462DBE" w:rsidRDefault="00000000" w:rsidP="00462DBE">
      <w:p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3.1. Zaman Yönetimi</w:t>
      </w:r>
    </w:p>
    <w:p w14:paraId="78085B12" w14:textId="5B29597B" w:rsidR="007C3E2F" w:rsidRPr="00462DBE" w:rsidRDefault="00000000" w:rsidP="00462DBE">
      <w:pPr>
        <w:pStyle w:val="ListParagraph"/>
        <w:numPr>
          <w:ilvl w:val="0"/>
          <w:numId w:val="12"/>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Öğrenci, belirlenen uygulama/antrenman saatlerine zamanında gelmeli ve katılmalıdır.</w:t>
      </w:r>
    </w:p>
    <w:p w14:paraId="739AB59A" w14:textId="34AA0329" w:rsidR="007C3E2F" w:rsidRPr="00462DBE" w:rsidRDefault="00000000" w:rsidP="00462DBE">
      <w:pPr>
        <w:pStyle w:val="ListParagraph"/>
        <w:numPr>
          <w:ilvl w:val="0"/>
          <w:numId w:val="12"/>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Antrenman/uygulama planları önceden hazırlanmalı ve uygulama sırasında uyulmalıdır.</w:t>
      </w:r>
    </w:p>
    <w:p w14:paraId="285A2599" w14:textId="1DEA9E88" w:rsidR="005B4F96" w:rsidRPr="00462DBE" w:rsidRDefault="005B4F96" w:rsidP="00462DBE">
      <w:pPr>
        <w:pStyle w:val="ListParagraph"/>
        <w:numPr>
          <w:ilvl w:val="0"/>
          <w:numId w:val="12"/>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Öğrenciler antrenörlük uygulaması süresince çalışma saatlerindeki değişiklikler konusunda rehber öğretim elemanına bilgi vermek zorundadır.</w:t>
      </w:r>
    </w:p>
    <w:p w14:paraId="190D06A1" w14:textId="77BEA279" w:rsidR="005B4F96" w:rsidRPr="00462DBE" w:rsidRDefault="005B4F96" w:rsidP="00462DBE">
      <w:pPr>
        <w:pStyle w:val="ListParagraph"/>
        <w:numPr>
          <w:ilvl w:val="0"/>
          <w:numId w:val="12"/>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 xml:space="preserve">Öğrencilerin antrenörlük uygulamasını yaptıkları kurumlarda yapacakları uygulama saati ve günü ile ilgili değişiklikleri uygulama sorumlusu ile belirlenir ve rehber öğretim elemanına bildirilir. </w:t>
      </w:r>
    </w:p>
    <w:p w14:paraId="1135BCB9" w14:textId="77777777" w:rsidR="007C3E2F" w:rsidRPr="00462DBE" w:rsidRDefault="007C3E2F" w:rsidP="00462DBE">
      <w:pPr>
        <w:jc w:val="both"/>
        <w:rPr>
          <w:rFonts w:ascii="Times New Roman" w:hAnsi="Times New Roman" w:cs="Times New Roman"/>
          <w:sz w:val="24"/>
          <w:szCs w:val="24"/>
          <w:lang w:val="tr-TR"/>
        </w:rPr>
      </w:pPr>
    </w:p>
    <w:p w14:paraId="5595CEB6" w14:textId="0CDAE590" w:rsidR="007C3E2F" w:rsidRPr="00462DBE" w:rsidRDefault="00000000" w:rsidP="00462DBE">
      <w:p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lastRenderedPageBreak/>
        <w:t>3.2. Profesyonellik</w:t>
      </w:r>
    </w:p>
    <w:p w14:paraId="6F27FD39" w14:textId="2DF0E055" w:rsidR="007C3E2F" w:rsidRPr="00462DBE" w:rsidRDefault="00000000" w:rsidP="00462DBE">
      <w:pPr>
        <w:pStyle w:val="ListParagraph"/>
        <w:numPr>
          <w:ilvl w:val="0"/>
          <w:numId w:val="11"/>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Öğrenci, mesleki davranış sergilemeli, sporculara karşı saygılı ve destekleyici olmalıdır.</w:t>
      </w:r>
    </w:p>
    <w:p w14:paraId="3043AAB5" w14:textId="09288FF7" w:rsidR="007C3E2F" w:rsidRPr="00462DBE" w:rsidRDefault="00000000" w:rsidP="00462DBE">
      <w:pPr>
        <w:pStyle w:val="ListParagraph"/>
        <w:numPr>
          <w:ilvl w:val="0"/>
          <w:numId w:val="11"/>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Antrenman sırasında uygun giyimde bulunmalı ve kişisel hijyen kurallarına uymalıdır.</w:t>
      </w:r>
    </w:p>
    <w:p w14:paraId="2EF8B500" w14:textId="57EDB825" w:rsidR="007C3E2F" w:rsidRPr="00462DBE" w:rsidRDefault="00000000" w:rsidP="00462DBE">
      <w:p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3.3. Sporcu Güvenliği</w:t>
      </w:r>
    </w:p>
    <w:p w14:paraId="16449346" w14:textId="6546606A" w:rsidR="007C3E2F" w:rsidRPr="00462DBE" w:rsidRDefault="00000000" w:rsidP="00462DBE">
      <w:pPr>
        <w:pStyle w:val="ListParagraph"/>
        <w:numPr>
          <w:ilvl w:val="0"/>
          <w:numId w:val="1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Antrenmanlar/uygulamalar sırasında sporcuların güvenliği her zaman öncelikli olmalıdır.</w:t>
      </w:r>
    </w:p>
    <w:p w14:paraId="5FD2A8D6" w14:textId="6F61A695" w:rsidR="007C3E2F" w:rsidRPr="00462DBE" w:rsidRDefault="00000000" w:rsidP="00462DBE">
      <w:pPr>
        <w:pStyle w:val="ListParagraph"/>
        <w:numPr>
          <w:ilvl w:val="0"/>
          <w:numId w:val="1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Öğrenci, sporcuların sağlık durumlarını gözlemlemeli ve olası</w:t>
      </w:r>
      <w:r w:rsidR="00463D07" w:rsidRPr="00462DBE">
        <w:rPr>
          <w:rFonts w:ascii="Times New Roman" w:hAnsi="Times New Roman" w:cs="Times New Roman"/>
          <w:sz w:val="24"/>
          <w:szCs w:val="24"/>
          <w:lang w:val="tr-TR"/>
        </w:rPr>
        <w:t xml:space="preserve"> </w:t>
      </w:r>
      <w:r w:rsidRPr="00462DBE">
        <w:rPr>
          <w:rFonts w:ascii="Times New Roman" w:hAnsi="Times New Roman" w:cs="Times New Roman"/>
          <w:sz w:val="24"/>
          <w:szCs w:val="24"/>
          <w:lang w:val="tr-TR"/>
        </w:rPr>
        <w:t>yaralanmalara/sakatlanmalara karşı önlem almalıdır.</w:t>
      </w:r>
    </w:p>
    <w:p w14:paraId="1A69CB03" w14:textId="66C06820" w:rsidR="00463D07" w:rsidRPr="00462DBE" w:rsidRDefault="00463D07" w:rsidP="00462DBE">
      <w:pPr>
        <w:pStyle w:val="ListParagraph"/>
        <w:numPr>
          <w:ilvl w:val="0"/>
          <w:numId w:val="1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Öğrenci kendisini, yanında bulunduğu antrenörü ve sporcuları sağlık ya da can güvenliği bakımından tehlikeye düşürebilecek durumlar ve uygulamalardan kaçınmalıdır.</w:t>
      </w:r>
    </w:p>
    <w:p w14:paraId="2FA413BA" w14:textId="77777777" w:rsidR="007C3E2F" w:rsidRPr="00462DBE" w:rsidRDefault="007C3E2F" w:rsidP="00462DBE">
      <w:pPr>
        <w:jc w:val="both"/>
        <w:rPr>
          <w:rFonts w:ascii="Times New Roman" w:hAnsi="Times New Roman" w:cs="Times New Roman"/>
          <w:sz w:val="24"/>
          <w:szCs w:val="24"/>
          <w:lang w:val="tr-TR"/>
        </w:rPr>
      </w:pPr>
    </w:p>
    <w:p w14:paraId="44959552" w14:textId="2C97E059" w:rsidR="007C3E2F" w:rsidRPr="00462DBE" w:rsidRDefault="00000000" w:rsidP="00462DBE">
      <w:pPr>
        <w:jc w:val="both"/>
        <w:rPr>
          <w:rFonts w:ascii="Times New Roman" w:hAnsi="Times New Roman" w:cs="Times New Roman"/>
          <w:b/>
          <w:bCs/>
          <w:sz w:val="24"/>
          <w:szCs w:val="24"/>
          <w:lang w:val="tr-TR"/>
        </w:rPr>
      </w:pPr>
      <w:r w:rsidRPr="00462DBE">
        <w:rPr>
          <w:rFonts w:ascii="Times New Roman" w:hAnsi="Times New Roman" w:cs="Times New Roman"/>
          <w:b/>
          <w:bCs/>
          <w:sz w:val="24"/>
          <w:szCs w:val="24"/>
          <w:lang w:val="tr-TR"/>
        </w:rPr>
        <w:t>4. Etik İlkeler</w:t>
      </w:r>
    </w:p>
    <w:p w14:paraId="398E40F5" w14:textId="7D2FC7D6" w:rsidR="007C3E2F" w:rsidRPr="00462DBE" w:rsidRDefault="00000000" w:rsidP="00462DBE">
      <w:pPr>
        <w:ind w:firstLine="720"/>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Antrenörlük uygulaması sırasında uyulması gereken etik ilkeler, öğrencilerin mesleki değerlerini pekiştirir.</w:t>
      </w:r>
      <w:r w:rsidR="00463D07" w:rsidRPr="00462DBE">
        <w:rPr>
          <w:rFonts w:ascii="Times New Roman" w:hAnsi="Times New Roman" w:cs="Times New Roman"/>
          <w:sz w:val="24"/>
          <w:szCs w:val="24"/>
          <w:lang w:val="tr-TR"/>
        </w:rPr>
        <w:t xml:space="preserve"> Öğrencinin uyması gereken temel etik ilkeler aşağıdaki gibidir:</w:t>
      </w:r>
    </w:p>
    <w:p w14:paraId="216D719B" w14:textId="114F2403"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Toplum içerisinde saygınlığını azaltacak davranışlarda bulunmaz.</w:t>
      </w:r>
    </w:p>
    <w:p w14:paraId="4BEDDD9C" w14:textId="24253C37"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Görev yerine zamanında varır, giyimine ve hijyenine özen gösterir.</w:t>
      </w:r>
    </w:p>
    <w:p w14:paraId="3A6FFB1E" w14:textId="244AC87B" w:rsidR="00507ED8" w:rsidRPr="00462DBE" w:rsidRDefault="00507ED8"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Görev yerine sarhoşluk verici hiçbir maddenin etkisinde gitmez.</w:t>
      </w:r>
    </w:p>
    <w:p w14:paraId="05736308" w14:textId="69C2A967" w:rsidR="00507ED8" w:rsidRPr="00462DBE" w:rsidRDefault="00507ED8"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Görev yerinde tütün mamulleri kullanmaz.</w:t>
      </w:r>
    </w:p>
    <w:p w14:paraId="12F7561E" w14:textId="4DA199E6" w:rsidR="00507ED8" w:rsidRPr="00462DBE" w:rsidRDefault="00507ED8"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Rehber antrenörü ve öğretim elemanı tarafından verilen görevleri eksiksiz şekilde yerine getirir.</w:t>
      </w:r>
    </w:p>
    <w:p w14:paraId="2A4E7481" w14:textId="4383DB81"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Sahip olduğu yeterlilikler konusunda dürüst davranır.</w:t>
      </w:r>
    </w:p>
    <w:p w14:paraId="61E5F039" w14:textId="60DA3E24" w:rsidR="00463D07" w:rsidRPr="00462DBE" w:rsidRDefault="00507ED8"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Sporcuları s</w:t>
      </w:r>
      <w:r w:rsidR="00463D07" w:rsidRPr="00462DBE">
        <w:rPr>
          <w:rFonts w:ascii="Times New Roman" w:hAnsi="Times New Roman" w:cs="Times New Roman"/>
          <w:sz w:val="24"/>
          <w:szCs w:val="24"/>
          <w:lang w:val="tr-TR"/>
        </w:rPr>
        <w:t>portmence davranmaya yönlendirir.</w:t>
      </w:r>
    </w:p>
    <w:p w14:paraId="757227ED" w14:textId="61BBF831"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Sporcuları ile ilgili bilgileri yasal bir zorunluluk olmadıkça gizli tutar.</w:t>
      </w:r>
    </w:p>
    <w:p w14:paraId="10CDF8A8" w14:textId="002BF3AE"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Rekabette dürüst olmayı önemser.</w:t>
      </w:r>
    </w:p>
    <w:p w14:paraId="03234A2B" w14:textId="1990185F"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Yarışma kurallarını önemser ve ona uygun davranır.</w:t>
      </w:r>
    </w:p>
    <w:p w14:paraId="46E1EA7B" w14:textId="7CF7C581"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Hem yazılı hem de yazılı olmayan ahlak kurallarına bağlı kalır.</w:t>
      </w:r>
    </w:p>
    <w:p w14:paraId="4909C88F" w14:textId="20485440"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Yarışmada hakem kararlarına karşı gelmez.</w:t>
      </w:r>
    </w:p>
    <w:p w14:paraId="445293E6" w14:textId="310D8D90"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Sporcularını ve seyircilerini hakemlerin verdiği kararlara karşı kışkırtmaz.</w:t>
      </w:r>
    </w:p>
    <w:p w14:paraId="0D5FE53B" w14:textId="4B184FAB"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Hakemlere karşı dikkatli ve seviyeli davranır.</w:t>
      </w:r>
    </w:p>
    <w:p w14:paraId="2A355718" w14:textId="09D0113C"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Diğer antrenör ve kulüpleri eleştirirken alay edici ifadelerden kaçınır.</w:t>
      </w:r>
    </w:p>
    <w:p w14:paraId="0FA79BCA" w14:textId="248B507E"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Sporu koruma ve geliştirmeye yönelik davranışlar sergiler.</w:t>
      </w:r>
    </w:p>
    <w:p w14:paraId="2545CD7D" w14:textId="052FA3B2"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Sporcularını toplum önünde eleştirerek aşağılamaz, küçük düşürmez.</w:t>
      </w:r>
    </w:p>
    <w:p w14:paraId="07E9715D" w14:textId="4CA056D2" w:rsidR="00463D07" w:rsidRPr="00462DBE" w:rsidRDefault="00463D07"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Sporcu ya da sporcu yakınlarıyla çıkar ilişkisi ya da özel ilişki kurmaz.</w:t>
      </w:r>
    </w:p>
    <w:p w14:paraId="215ECC80" w14:textId="4AC3D475" w:rsidR="007C3E2F" w:rsidRDefault="00507ED8" w:rsidP="00462DBE">
      <w:pPr>
        <w:pStyle w:val="ListParagraph"/>
        <w:numPr>
          <w:ilvl w:val="0"/>
          <w:numId w:val="14"/>
        </w:numPr>
        <w:spacing w:after="0" w:line="240" w:lineRule="auto"/>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Sporcularına spor kadar eğitimin de önemli olduğunu vurgular.</w:t>
      </w:r>
    </w:p>
    <w:p w14:paraId="6E3F49BF" w14:textId="77777777" w:rsidR="00462DBE" w:rsidRPr="00462DBE" w:rsidRDefault="00462DBE" w:rsidP="00462DBE">
      <w:pPr>
        <w:spacing w:after="0" w:line="240" w:lineRule="auto"/>
        <w:jc w:val="both"/>
        <w:rPr>
          <w:rFonts w:ascii="Times New Roman" w:hAnsi="Times New Roman" w:cs="Times New Roman"/>
          <w:sz w:val="24"/>
          <w:szCs w:val="24"/>
          <w:lang w:val="tr-TR"/>
        </w:rPr>
      </w:pPr>
    </w:p>
    <w:p w14:paraId="4CD807A4" w14:textId="0724DF51" w:rsidR="007C3E2F" w:rsidRPr="00462DBE" w:rsidRDefault="00000000" w:rsidP="00462DBE">
      <w:p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4.1. Adalet ve Eşitlik</w:t>
      </w:r>
    </w:p>
    <w:p w14:paraId="16AA00D0" w14:textId="030237D7" w:rsidR="007C3E2F" w:rsidRPr="00462DBE" w:rsidRDefault="00000000" w:rsidP="00462DBE">
      <w:pPr>
        <w:pStyle w:val="ListParagraph"/>
        <w:numPr>
          <w:ilvl w:val="0"/>
          <w:numId w:val="15"/>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Tüm sporculara eşit yaklaşılmalı, hiçbir ayrım yapılmamalıdır.</w:t>
      </w:r>
    </w:p>
    <w:p w14:paraId="4B52EBA4" w14:textId="19101549" w:rsidR="007C3E2F" w:rsidRPr="00462DBE" w:rsidRDefault="00000000" w:rsidP="00462DBE">
      <w:pPr>
        <w:pStyle w:val="ListParagraph"/>
        <w:numPr>
          <w:ilvl w:val="0"/>
          <w:numId w:val="15"/>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Sporcuların bireysel ihtiyaçları dikkate alınarak antrenman/uygulama programları oluşturulmalıdır.</w:t>
      </w:r>
    </w:p>
    <w:p w14:paraId="4726C466" w14:textId="14A344A8" w:rsidR="007C3E2F" w:rsidRPr="00462DBE" w:rsidRDefault="00000000" w:rsidP="00462DBE">
      <w:p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4.2. Şeffaflık</w:t>
      </w:r>
    </w:p>
    <w:p w14:paraId="35496462" w14:textId="335D12B4" w:rsidR="007C3E2F" w:rsidRPr="00462DBE" w:rsidRDefault="00000000" w:rsidP="00462DBE">
      <w:pPr>
        <w:pStyle w:val="ListParagraph"/>
        <w:numPr>
          <w:ilvl w:val="0"/>
          <w:numId w:val="16"/>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Sporculara antrenman sürecinin ve hedeflerin açık bir şekilde anlatılması gerekmektedir.</w:t>
      </w:r>
    </w:p>
    <w:p w14:paraId="5B9CC995" w14:textId="60C48AD6" w:rsidR="007C3E2F" w:rsidRPr="00462DBE" w:rsidRDefault="00000000" w:rsidP="00462DBE">
      <w:pPr>
        <w:pStyle w:val="ListParagraph"/>
        <w:numPr>
          <w:ilvl w:val="0"/>
          <w:numId w:val="16"/>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Geri bildirimler düzenli olarak yapılmalı ve sporcuların gelişimi hakkında bilgilendirilmelidir.</w:t>
      </w:r>
    </w:p>
    <w:p w14:paraId="28EE4BFF" w14:textId="07BBA8BE" w:rsidR="007C3E2F" w:rsidRPr="00462DBE" w:rsidRDefault="00A63100" w:rsidP="00462DBE">
      <w:pPr>
        <w:pStyle w:val="ListParagraph"/>
        <w:numPr>
          <w:ilvl w:val="0"/>
          <w:numId w:val="16"/>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lastRenderedPageBreak/>
        <w:t>Öğrenci kendisi için de verilen geri bildirimleri takip etmeli ve kendisini yapılan geri bildirimlere göre geliştirmelidir.</w:t>
      </w:r>
    </w:p>
    <w:p w14:paraId="58E63A92" w14:textId="2F6BE65B" w:rsidR="007C3E2F" w:rsidRPr="00462DBE" w:rsidRDefault="00000000" w:rsidP="00462DBE">
      <w:p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4.3. Gizlilik</w:t>
      </w:r>
    </w:p>
    <w:p w14:paraId="1361D114" w14:textId="0223F2BE" w:rsidR="007C3E2F" w:rsidRPr="00462DBE" w:rsidRDefault="00000000" w:rsidP="00462DBE">
      <w:pPr>
        <w:pStyle w:val="ListParagraph"/>
        <w:numPr>
          <w:ilvl w:val="0"/>
          <w:numId w:val="17"/>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Sporcuların kişisel bilgileri ve sağlık durumu gibi hassas veriler gizli tutulmalıdır.</w:t>
      </w:r>
    </w:p>
    <w:p w14:paraId="08752146" w14:textId="21025827" w:rsidR="00462DBE" w:rsidRDefault="00000000" w:rsidP="00462DBE">
      <w:pPr>
        <w:pStyle w:val="ListParagraph"/>
        <w:numPr>
          <w:ilvl w:val="0"/>
          <w:numId w:val="17"/>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Öğrenci, bu bilgileri yalnızca gerektiğinde ve ilgili kişilerle paylaşılmasını sağlamalıdır.</w:t>
      </w:r>
    </w:p>
    <w:p w14:paraId="0374F306" w14:textId="77777777" w:rsidR="00462DBE" w:rsidRPr="00462DBE" w:rsidRDefault="00462DBE" w:rsidP="00462DBE">
      <w:pPr>
        <w:jc w:val="both"/>
        <w:rPr>
          <w:rFonts w:ascii="Times New Roman" w:hAnsi="Times New Roman" w:cs="Times New Roman"/>
          <w:sz w:val="24"/>
          <w:szCs w:val="24"/>
          <w:lang w:val="tr-TR"/>
        </w:rPr>
      </w:pPr>
    </w:p>
    <w:p w14:paraId="414A8F5A" w14:textId="51D33A2E" w:rsidR="007C3E2F" w:rsidRPr="00462DBE" w:rsidRDefault="00000000" w:rsidP="00462DBE">
      <w:pPr>
        <w:jc w:val="both"/>
        <w:rPr>
          <w:rFonts w:ascii="Times New Roman" w:hAnsi="Times New Roman" w:cs="Times New Roman"/>
          <w:b/>
          <w:bCs/>
          <w:sz w:val="24"/>
          <w:szCs w:val="24"/>
          <w:lang w:val="tr-TR"/>
        </w:rPr>
      </w:pPr>
      <w:r w:rsidRPr="00462DBE">
        <w:rPr>
          <w:rFonts w:ascii="Times New Roman" w:hAnsi="Times New Roman" w:cs="Times New Roman"/>
          <w:b/>
          <w:bCs/>
          <w:sz w:val="24"/>
          <w:szCs w:val="24"/>
          <w:lang w:val="tr-TR"/>
        </w:rPr>
        <w:t>5. Değerlendirme Süreci</w:t>
      </w:r>
    </w:p>
    <w:p w14:paraId="59A88011" w14:textId="71D41CCB" w:rsidR="007C3E2F" w:rsidRPr="00462DBE" w:rsidRDefault="00000000" w:rsidP="00462DBE">
      <w:p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Uygulama sürecinin sonunda, öğrencilerin performansı değerlendirilecektir. Değerlendirme kriterleri şunlardır:</w:t>
      </w:r>
    </w:p>
    <w:p w14:paraId="3045E2DE" w14:textId="0004C3AB" w:rsidR="007C3E2F" w:rsidRPr="00462DBE" w:rsidRDefault="00000000" w:rsidP="00462DBE">
      <w:p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5.1. Performans</w:t>
      </w:r>
    </w:p>
    <w:p w14:paraId="041D3E90" w14:textId="71B3DD36" w:rsidR="007C3E2F" w:rsidRPr="00462DBE" w:rsidRDefault="00000000" w:rsidP="00462DBE">
      <w:pPr>
        <w:pStyle w:val="ListParagraph"/>
        <w:numPr>
          <w:ilvl w:val="0"/>
          <w:numId w:val="18"/>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Öğrencinin uygulama süresince gösterdiği pratik beceriler ve uygulama yetenekleri değerlendirilecektir.</w:t>
      </w:r>
    </w:p>
    <w:p w14:paraId="1E04B12A" w14:textId="783C3B8F" w:rsidR="007C3E2F" w:rsidRPr="00462DBE" w:rsidRDefault="00000000" w:rsidP="00462DBE">
      <w:pPr>
        <w:pStyle w:val="ListParagraph"/>
        <w:numPr>
          <w:ilvl w:val="0"/>
          <w:numId w:val="18"/>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Sporcularla iletişim becerileri ve liderlik yetenekleri gözlemlenecektir.</w:t>
      </w:r>
    </w:p>
    <w:p w14:paraId="350D5E77" w14:textId="1C8045DC" w:rsidR="007C3E2F" w:rsidRPr="00462DBE" w:rsidRDefault="00000000" w:rsidP="00462DBE">
      <w:p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5.2. Geri Bildirim</w:t>
      </w:r>
    </w:p>
    <w:p w14:paraId="5CEDDCA3" w14:textId="0F83CBA8" w:rsidR="007C3E2F" w:rsidRPr="00462DBE" w:rsidRDefault="00000000" w:rsidP="00462DBE">
      <w:pPr>
        <w:pStyle w:val="ListParagraph"/>
        <w:numPr>
          <w:ilvl w:val="0"/>
          <w:numId w:val="19"/>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 xml:space="preserve">Sporcular ve öğrencinin çalıştığı antrenörler, </w:t>
      </w:r>
      <w:r w:rsidR="00463D07" w:rsidRPr="00462DBE">
        <w:rPr>
          <w:rFonts w:ascii="Times New Roman" w:hAnsi="Times New Roman" w:cs="Times New Roman"/>
          <w:sz w:val="24"/>
          <w:szCs w:val="24"/>
          <w:lang w:val="tr-TR"/>
        </w:rPr>
        <w:t>ö</w:t>
      </w:r>
      <w:r w:rsidRPr="00462DBE">
        <w:rPr>
          <w:rFonts w:ascii="Times New Roman" w:hAnsi="Times New Roman" w:cs="Times New Roman"/>
          <w:sz w:val="24"/>
          <w:szCs w:val="24"/>
          <w:lang w:val="tr-TR"/>
        </w:rPr>
        <w:t>ğrenci hakkında geri bildirim sağlayacaktır.</w:t>
      </w:r>
    </w:p>
    <w:p w14:paraId="3714E8F7" w14:textId="55CDE694" w:rsidR="007C3E2F" w:rsidRPr="00462DBE" w:rsidRDefault="00000000" w:rsidP="00462DBE">
      <w:pPr>
        <w:pStyle w:val="ListParagraph"/>
        <w:numPr>
          <w:ilvl w:val="0"/>
          <w:numId w:val="19"/>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 xml:space="preserve">Bu geri bildirimler, </w:t>
      </w:r>
      <w:r w:rsidR="00463D07" w:rsidRPr="00462DBE">
        <w:rPr>
          <w:rFonts w:ascii="Times New Roman" w:hAnsi="Times New Roman" w:cs="Times New Roman"/>
          <w:sz w:val="24"/>
          <w:szCs w:val="24"/>
          <w:lang w:val="tr-TR"/>
        </w:rPr>
        <w:t>ö</w:t>
      </w:r>
      <w:r w:rsidRPr="00462DBE">
        <w:rPr>
          <w:rFonts w:ascii="Times New Roman" w:hAnsi="Times New Roman" w:cs="Times New Roman"/>
          <w:sz w:val="24"/>
          <w:szCs w:val="24"/>
          <w:lang w:val="tr-TR"/>
        </w:rPr>
        <w:t>ğrencinin gelişimine katkı sağlamak amacıyla kullanılacaktır.</w:t>
      </w:r>
    </w:p>
    <w:p w14:paraId="383A196F" w14:textId="0EF9B422" w:rsidR="007C3E2F" w:rsidRPr="00462DBE" w:rsidRDefault="00000000" w:rsidP="00462DBE">
      <w:p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5.3. Raporlama</w:t>
      </w:r>
      <w:r w:rsidR="00374985" w:rsidRPr="00462DBE">
        <w:rPr>
          <w:rFonts w:ascii="Times New Roman" w:hAnsi="Times New Roman" w:cs="Times New Roman"/>
          <w:sz w:val="24"/>
          <w:szCs w:val="24"/>
          <w:lang w:val="tr-TR"/>
        </w:rPr>
        <w:t xml:space="preserve"> ve Değerlendirme</w:t>
      </w:r>
    </w:p>
    <w:p w14:paraId="27EE78AA" w14:textId="14DF6B13" w:rsidR="007C3E2F" w:rsidRPr="00462DBE" w:rsidRDefault="00374985" w:rsidP="00462DBE">
      <w:pPr>
        <w:pStyle w:val="ListParagraph"/>
        <w:numPr>
          <w:ilvl w:val="0"/>
          <w:numId w:val="2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Öğretim elemanı, öğrencilerle birlikte her hafta gerçekleştirilen uygulamalarla ilgili gelişmeleri tartışır ve değerlendirir.</w:t>
      </w:r>
    </w:p>
    <w:p w14:paraId="0297D439" w14:textId="364CF20B" w:rsidR="007C3E2F" w:rsidRPr="00462DBE" w:rsidRDefault="00000000" w:rsidP="00462DBE">
      <w:pPr>
        <w:pStyle w:val="ListParagraph"/>
        <w:numPr>
          <w:ilvl w:val="0"/>
          <w:numId w:val="2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 xml:space="preserve">Rapor, </w:t>
      </w:r>
      <w:r w:rsidR="00463D07" w:rsidRPr="00462DBE">
        <w:rPr>
          <w:rFonts w:ascii="Times New Roman" w:hAnsi="Times New Roman" w:cs="Times New Roman"/>
          <w:sz w:val="24"/>
          <w:szCs w:val="24"/>
          <w:lang w:val="tr-TR"/>
        </w:rPr>
        <w:t>ö</w:t>
      </w:r>
      <w:r w:rsidRPr="00462DBE">
        <w:rPr>
          <w:rFonts w:ascii="Times New Roman" w:hAnsi="Times New Roman" w:cs="Times New Roman"/>
          <w:sz w:val="24"/>
          <w:szCs w:val="24"/>
          <w:lang w:val="tr-TR"/>
        </w:rPr>
        <w:t>ğrencinin uygulama sürecini ve öğrendiklerini detaylandırmalıdır.</w:t>
      </w:r>
    </w:p>
    <w:p w14:paraId="6C76DF51" w14:textId="07781FAC" w:rsidR="00A63100" w:rsidRPr="00462DBE" w:rsidRDefault="00A63100" w:rsidP="00462DBE">
      <w:pPr>
        <w:pStyle w:val="ListParagraph"/>
        <w:numPr>
          <w:ilvl w:val="0"/>
          <w:numId w:val="2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Öğrenci uygulama yeri devam çizelgesini her hafta rehber öğretim elemanının kontrolüne sunmalıdır. Öğretim elemanı öğrencinin devam durumunu gerektiği durumlarda yerinde habersiz bir şekilde kontrol etmelidir.</w:t>
      </w:r>
    </w:p>
    <w:p w14:paraId="2BAC49F7" w14:textId="6FC689E5" w:rsidR="00374985" w:rsidRPr="00462DBE" w:rsidRDefault="00000000" w:rsidP="00462DBE">
      <w:pPr>
        <w:pStyle w:val="ListParagraph"/>
        <w:numPr>
          <w:ilvl w:val="0"/>
          <w:numId w:val="2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Hazırlanan rapor öğrencinin uygulamasını yanında gerçekleştirdiği antrenörün değerlendirmelerini ve yorumlarını da içermelidir</w:t>
      </w:r>
      <w:r w:rsidR="00374985" w:rsidRPr="00462DBE">
        <w:rPr>
          <w:rFonts w:ascii="Times New Roman" w:hAnsi="Times New Roman" w:cs="Times New Roman"/>
          <w:sz w:val="24"/>
          <w:szCs w:val="24"/>
          <w:lang w:val="tr-TR"/>
        </w:rPr>
        <w:t>.</w:t>
      </w:r>
    </w:p>
    <w:p w14:paraId="706866E9" w14:textId="1E6EE734" w:rsidR="00374985" w:rsidRPr="00462DBE" w:rsidRDefault="00374985" w:rsidP="00462DBE">
      <w:pPr>
        <w:pStyle w:val="ListParagraph"/>
        <w:numPr>
          <w:ilvl w:val="0"/>
          <w:numId w:val="2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Öğretim elemanı, ara sınav ve yarıyıl sonu sınavları</w:t>
      </w:r>
      <w:r w:rsidR="0053614A" w:rsidRPr="00462DBE">
        <w:rPr>
          <w:rFonts w:ascii="Times New Roman" w:hAnsi="Times New Roman" w:cs="Times New Roman"/>
          <w:sz w:val="24"/>
          <w:szCs w:val="24"/>
          <w:lang w:val="tr-TR"/>
        </w:rPr>
        <w:t xml:space="preserve"> zamanı</w:t>
      </w:r>
      <w:r w:rsidRPr="00462DBE">
        <w:rPr>
          <w:rFonts w:ascii="Times New Roman" w:hAnsi="Times New Roman" w:cs="Times New Roman"/>
          <w:sz w:val="24"/>
          <w:szCs w:val="24"/>
          <w:lang w:val="tr-TR"/>
        </w:rPr>
        <w:t xml:space="preserve"> en az </w:t>
      </w:r>
      <w:r w:rsidR="0053614A" w:rsidRPr="00462DBE">
        <w:rPr>
          <w:rFonts w:ascii="Times New Roman" w:hAnsi="Times New Roman" w:cs="Times New Roman"/>
          <w:sz w:val="24"/>
          <w:szCs w:val="24"/>
          <w:lang w:val="tr-TR"/>
        </w:rPr>
        <w:t>birer</w:t>
      </w:r>
      <w:r w:rsidRPr="00462DBE">
        <w:rPr>
          <w:rFonts w:ascii="Times New Roman" w:hAnsi="Times New Roman" w:cs="Times New Roman"/>
          <w:sz w:val="24"/>
          <w:szCs w:val="24"/>
          <w:lang w:val="tr-TR"/>
        </w:rPr>
        <w:t xml:space="preserve"> kez </w:t>
      </w:r>
      <w:r w:rsidR="0053614A" w:rsidRPr="00462DBE">
        <w:rPr>
          <w:rFonts w:ascii="Times New Roman" w:hAnsi="Times New Roman" w:cs="Times New Roman"/>
          <w:sz w:val="24"/>
          <w:szCs w:val="24"/>
          <w:lang w:val="tr-TR"/>
        </w:rPr>
        <w:t>öğrenciyi gözleme dayalı olarak değerlendirir.</w:t>
      </w:r>
    </w:p>
    <w:p w14:paraId="244DE1CE" w14:textId="1B7E80DB" w:rsidR="00093904" w:rsidRPr="00462DBE" w:rsidRDefault="00093904" w:rsidP="00462DBE">
      <w:pPr>
        <w:pStyle w:val="ListParagraph"/>
        <w:numPr>
          <w:ilvl w:val="0"/>
          <w:numId w:val="2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Uygulama yerinde uygulama sorumlusu/antrenör tarafından yapılan değerlendirmelere ait formlarının en geç her akademik yarıyıl için final sınavlarının yapıldığı tarihler aralığında uygulama yerinin kaşesini taşıyan kapalı zarf içinde uygulama dosyasına eklenerek rehber öğretim elemanına teslim edilmesi gerekmektedir. Bu belgenin sonunda yer alan EK:1’den EK:8’ kadar olan tüm belgelerin temin edilmesi, doldurulması, takibi ve belirlenen tarihte teslimi sorumlulukları tamamen öğrenciye aittir.</w:t>
      </w:r>
    </w:p>
    <w:p w14:paraId="7B3805B1" w14:textId="1B31F900" w:rsidR="00093904" w:rsidRPr="00462DBE" w:rsidRDefault="00093904" w:rsidP="00462DBE">
      <w:pPr>
        <w:pStyle w:val="ListParagraph"/>
        <w:numPr>
          <w:ilvl w:val="0"/>
          <w:numId w:val="2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 xml:space="preserve">Öğrenciler, uygulama sürecinde edindikleri deneyim ve gözlemleri içeren bir rapor hazırlamalıdır. Antrenörlük uygulamalarını takip eden ders dönemi sonundaki final haftasında, edinilen bilgiler doğrultusunda hazırlanan antrenörlük uygulaması dosyası rehber öğretim elemanına teslim edilir ve </w:t>
      </w:r>
      <w:r w:rsidR="004C023F">
        <w:rPr>
          <w:rFonts w:ascii="Times New Roman" w:hAnsi="Times New Roman" w:cs="Times New Roman"/>
          <w:sz w:val="24"/>
          <w:szCs w:val="24"/>
          <w:lang w:val="tr-TR"/>
        </w:rPr>
        <w:t xml:space="preserve">Antrenörlük Eğitimi Bölüm Başkanı tarafından oluşturulan </w:t>
      </w:r>
      <w:r w:rsidR="0053614A" w:rsidRPr="00462DBE">
        <w:rPr>
          <w:rFonts w:ascii="Times New Roman" w:hAnsi="Times New Roman" w:cs="Times New Roman"/>
          <w:sz w:val="24"/>
          <w:szCs w:val="24"/>
          <w:lang w:val="tr-TR"/>
        </w:rPr>
        <w:t xml:space="preserve">en az 3 üyeden oluşan komisyon tarafından </w:t>
      </w:r>
      <w:r w:rsidRPr="00462DBE">
        <w:rPr>
          <w:rFonts w:ascii="Times New Roman" w:hAnsi="Times New Roman" w:cs="Times New Roman"/>
          <w:sz w:val="24"/>
          <w:szCs w:val="24"/>
          <w:lang w:val="tr-TR"/>
        </w:rPr>
        <w:t>değerlendirilir.</w:t>
      </w:r>
    </w:p>
    <w:p w14:paraId="496B4B89" w14:textId="17DEFD45" w:rsidR="0053614A" w:rsidRPr="004C023F" w:rsidRDefault="00093904" w:rsidP="00462DBE">
      <w:pPr>
        <w:pStyle w:val="ListParagraph"/>
        <w:numPr>
          <w:ilvl w:val="0"/>
          <w:numId w:val="20"/>
        </w:numPr>
        <w:jc w:val="both"/>
        <w:rPr>
          <w:rFonts w:ascii="Times New Roman" w:hAnsi="Times New Roman" w:cs="Times New Roman"/>
          <w:sz w:val="24"/>
          <w:szCs w:val="24"/>
          <w:lang w:val="tr-TR"/>
        </w:rPr>
      </w:pPr>
      <w:r w:rsidRPr="00462DBE">
        <w:rPr>
          <w:rFonts w:ascii="Times New Roman" w:hAnsi="Times New Roman" w:cs="Times New Roman"/>
          <w:sz w:val="24"/>
          <w:szCs w:val="24"/>
          <w:lang w:val="tr-TR"/>
        </w:rPr>
        <w:t>Antrenörlük uygulaması kapsamında öğrenciler uygulama dosyasında bulunmak üzere aşağıda sıralanan 1’den 8’e kadar olan tüm ek formları eksiksiz olarak rehber öğretim elemanına teslim etmelidir.</w:t>
      </w:r>
    </w:p>
    <w:p w14:paraId="26777EEC" w14:textId="77777777" w:rsidR="0053614A" w:rsidRPr="00462DBE" w:rsidRDefault="0053614A" w:rsidP="0053614A">
      <w:pPr>
        <w:spacing w:line="360" w:lineRule="auto"/>
        <w:jc w:val="both"/>
        <w:rPr>
          <w:rFonts w:ascii="Times New Roman" w:hAnsi="Times New Roman" w:cs="Times New Roman"/>
          <w:b/>
          <w:lang w:val="tr-TR"/>
        </w:rPr>
      </w:pPr>
      <w:r w:rsidRPr="00462DBE">
        <w:rPr>
          <w:rFonts w:ascii="Times New Roman" w:hAnsi="Times New Roman" w:cs="Times New Roman"/>
          <w:b/>
          <w:lang w:val="tr-TR"/>
        </w:rPr>
        <w:lastRenderedPageBreak/>
        <w:t xml:space="preserve">EK:1-Antrenörlük Deneyimi/Antrenörlük Uygulaması Başvuru Formu (Öğrenci-Fotoğraflı)  </w:t>
      </w:r>
    </w:p>
    <w:p w14:paraId="514CF58E" w14:textId="77777777" w:rsidR="0053614A" w:rsidRPr="00462DBE" w:rsidRDefault="0053614A" w:rsidP="0053614A">
      <w:pPr>
        <w:spacing w:line="240" w:lineRule="auto"/>
        <w:jc w:val="center"/>
        <w:rPr>
          <w:rFonts w:ascii="Times New Roman" w:hAnsi="Times New Roman" w:cs="Times New Roman"/>
          <w:b/>
          <w:lang w:val="tr-TR"/>
        </w:rPr>
      </w:pPr>
      <w:r w:rsidRPr="00462DBE">
        <w:rPr>
          <w:rFonts w:ascii="Times New Roman" w:hAnsi="Times New Roman" w:cs="Times New Roman"/>
          <w:b/>
          <w:lang w:val="tr-TR"/>
        </w:rPr>
        <w:t xml:space="preserve"> T.C.</w:t>
      </w:r>
    </w:p>
    <w:p w14:paraId="10752FEA" w14:textId="77777777" w:rsidR="0053614A" w:rsidRPr="00462DBE" w:rsidRDefault="0053614A" w:rsidP="0053614A">
      <w:pPr>
        <w:spacing w:line="240" w:lineRule="auto"/>
        <w:jc w:val="center"/>
        <w:rPr>
          <w:rFonts w:ascii="Times New Roman" w:hAnsi="Times New Roman" w:cs="Times New Roman"/>
          <w:b/>
          <w:lang w:val="tr-TR"/>
        </w:rPr>
      </w:pPr>
      <w:r w:rsidRPr="00462DBE">
        <w:rPr>
          <w:rFonts w:ascii="Times New Roman" w:hAnsi="Times New Roman" w:cs="Times New Roman"/>
          <w:b/>
          <w:lang w:val="tr-TR"/>
        </w:rPr>
        <w:t>TRABZON ÜNİVERSİTESİ</w:t>
      </w:r>
    </w:p>
    <w:p w14:paraId="7ABBE9FD" w14:textId="77777777" w:rsidR="0053614A" w:rsidRPr="00462DBE" w:rsidRDefault="0053614A" w:rsidP="0053614A">
      <w:pPr>
        <w:spacing w:line="240" w:lineRule="auto"/>
        <w:jc w:val="center"/>
        <w:rPr>
          <w:rFonts w:ascii="Times New Roman" w:hAnsi="Times New Roman" w:cs="Times New Roman"/>
          <w:b/>
          <w:lang w:val="tr-TR"/>
        </w:rPr>
      </w:pPr>
      <w:r w:rsidRPr="00462DBE">
        <w:rPr>
          <w:rFonts w:ascii="Times New Roman" w:hAnsi="Times New Roman" w:cs="Times New Roman"/>
          <w:b/>
          <w:lang w:val="tr-TR"/>
        </w:rPr>
        <w:t>SPOR BİLİMLERİ FAKÜLTESİ DEKANLIĞI</w:t>
      </w:r>
    </w:p>
    <w:p w14:paraId="160C81C7" w14:textId="77777777" w:rsidR="0053614A" w:rsidRPr="00462DBE" w:rsidRDefault="0053614A" w:rsidP="0053614A">
      <w:pPr>
        <w:spacing w:line="240" w:lineRule="auto"/>
        <w:jc w:val="center"/>
        <w:rPr>
          <w:rFonts w:ascii="Times New Roman" w:hAnsi="Times New Roman" w:cs="Times New Roman"/>
          <w:b/>
          <w:lang w:val="tr-TR"/>
        </w:rPr>
      </w:pPr>
      <w:r w:rsidRPr="00462DBE">
        <w:rPr>
          <w:rFonts w:ascii="Times New Roman" w:hAnsi="Times New Roman" w:cs="Times New Roman"/>
          <w:b/>
          <w:lang w:val="tr-TR"/>
        </w:rPr>
        <w:t>ANTRENÖRLÜK EĞİTİMİ BÖLÜM BAŞKANLIĞINA</w:t>
      </w:r>
    </w:p>
    <w:p w14:paraId="78DB744C" w14:textId="77777777" w:rsidR="0053614A" w:rsidRPr="00462DBE" w:rsidRDefault="0053614A" w:rsidP="0053614A">
      <w:pPr>
        <w:spacing w:line="240" w:lineRule="auto"/>
        <w:jc w:val="center"/>
        <w:rPr>
          <w:rFonts w:ascii="Times New Roman" w:hAnsi="Times New Roman" w:cs="Times New Roman"/>
          <w:b/>
          <w:lang w:val="tr-TR"/>
        </w:rPr>
      </w:pPr>
    </w:p>
    <w:p w14:paraId="160992FB" w14:textId="77777777" w:rsidR="0053614A" w:rsidRPr="00462DBE" w:rsidRDefault="0053614A" w:rsidP="0053614A">
      <w:pPr>
        <w:tabs>
          <w:tab w:val="left" w:pos="567"/>
        </w:tabs>
        <w:spacing w:line="360" w:lineRule="auto"/>
        <w:ind w:left="567" w:firstLine="567"/>
        <w:jc w:val="both"/>
        <w:rPr>
          <w:rFonts w:ascii="Times New Roman" w:hAnsi="Times New Roman" w:cs="Times New Roman"/>
          <w:lang w:val="tr-TR"/>
        </w:rPr>
      </w:pPr>
      <w:r w:rsidRPr="00462DBE">
        <w:rPr>
          <w:rFonts w:ascii="Times New Roman" w:hAnsi="Times New Roman" w:cs="Times New Roman"/>
          <w:b/>
          <w:noProof/>
          <w:lang w:val="tr-TR"/>
        </w:rPr>
        <mc:AlternateContent>
          <mc:Choice Requires="wps">
            <w:drawing>
              <wp:anchor distT="0" distB="0" distL="114300" distR="114300" simplePos="0" relativeHeight="251659264" behindDoc="0" locked="0" layoutInCell="1" allowOverlap="1" wp14:anchorId="3E947097" wp14:editId="5FB02406">
                <wp:simplePos x="0" y="0"/>
                <wp:positionH relativeFrom="column">
                  <wp:posOffset>5483860</wp:posOffset>
                </wp:positionH>
                <wp:positionV relativeFrom="paragraph">
                  <wp:posOffset>565785</wp:posOffset>
                </wp:positionV>
                <wp:extent cx="1302385" cy="1527175"/>
                <wp:effectExtent l="0" t="0" r="5715" b="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2385" cy="1527175"/>
                        </a:xfrm>
                        <a:prstGeom prst="rect">
                          <a:avLst/>
                        </a:prstGeom>
                        <a:solidFill>
                          <a:srgbClr val="FFFFFF"/>
                        </a:solidFill>
                        <a:ln w="9525">
                          <a:solidFill>
                            <a:srgbClr val="000000"/>
                          </a:solidFill>
                          <a:miter lim="800000"/>
                          <a:headEnd/>
                          <a:tailEnd/>
                        </a:ln>
                      </wps:spPr>
                      <wps:txbx>
                        <w:txbxContent>
                          <w:p w14:paraId="27D0C548" w14:textId="77777777" w:rsidR="0053614A" w:rsidRDefault="0053614A" w:rsidP="0053614A">
                            <w:pPr>
                              <w:jc w:val="center"/>
                            </w:pPr>
                          </w:p>
                          <w:p w14:paraId="0F2D184D" w14:textId="77777777" w:rsidR="0053614A" w:rsidRDefault="0053614A" w:rsidP="0053614A">
                            <w:pPr>
                              <w:jc w:val="center"/>
                            </w:pPr>
                          </w:p>
                          <w:p w14:paraId="5009FDD7" w14:textId="77777777" w:rsidR="0053614A" w:rsidRDefault="0053614A" w:rsidP="0053614A">
                            <w:pPr>
                              <w:jc w:val="center"/>
                            </w:pPr>
                            <w:r>
                              <w:t>FOTOĞRAF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47097" id="Rectangle 8" o:spid="_x0000_s1026" style="position:absolute;left:0;text-align:left;margin-left:431.8pt;margin-top:44.55pt;width:102.55pt;height:1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">
                <v:path arrowok="t"/>
                <v:textbox>
                  <w:txbxContent>
                    <w:p w14:paraId="27D0C548" w14:textId="77777777" w:rsidR="0053614A" w:rsidRDefault="0053614A" w:rsidP="0053614A">
                      <w:pPr>
                        <w:jc w:val="center"/>
                      </w:pPr>
                    </w:p>
                    <w:p w14:paraId="0F2D184D" w14:textId="77777777" w:rsidR="0053614A" w:rsidRDefault="0053614A" w:rsidP="0053614A">
                      <w:pPr>
                        <w:jc w:val="center"/>
                      </w:pPr>
                    </w:p>
                    <w:p w14:paraId="5009FDD7" w14:textId="77777777" w:rsidR="0053614A" w:rsidRDefault="0053614A" w:rsidP="0053614A">
                      <w:pPr>
                        <w:jc w:val="center"/>
                      </w:pPr>
                      <w:r>
                        <w:t>FOTOĞRAF</w:t>
                      </w:r>
                    </w:p>
                  </w:txbxContent>
                </v:textbox>
              </v:rect>
            </w:pict>
          </mc:Fallback>
        </mc:AlternateContent>
      </w:r>
      <w:r w:rsidRPr="00462DBE">
        <w:rPr>
          <w:rFonts w:ascii="Times New Roman" w:hAnsi="Times New Roman" w:cs="Times New Roman"/>
          <w:lang w:val="tr-TR"/>
        </w:rPr>
        <w:t xml:space="preserve">Yapmakla zorunlu olduğum Antrenörlük Deneyimi/Antrenörlük Uygulamamı uygun görülmesi halinde aşağıdaki spor kulübünde yapmak istiyorum.                   </w:t>
      </w:r>
    </w:p>
    <w:p w14:paraId="085854F8" w14:textId="77777777" w:rsidR="0053614A" w:rsidRPr="00462DBE" w:rsidRDefault="0053614A" w:rsidP="0053614A">
      <w:pPr>
        <w:tabs>
          <w:tab w:val="left" w:pos="2552"/>
        </w:tabs>
        <w:spacing w:line="360" w:lineRule="auto"/>
        <w:rPr>
          <w:rFonts w:ascii="Times New Roman" w:hAnsi="Times New Roman" w:cs="Times New Roman"/>
          <w:lang w:val="tr-TR"/>
        </w:rPr>
      </w:pPr>
      <w:r w:rsidRPr="00462DBE">
        <w:rPr>
          <w:rFonts w:ascii="Times New Roman" w:hAnsi="Times New Roman" w:cs="Times New Roman"/>
          <w:lang w:val="tr-TR"/>
        </w:rPr>
        <w:tab/>
        <w:t xml:space="preserve">Bilgilerinizi ve gereğini arz ederim. </w:t>
      </w:r>
      <w:r w:rsidRPr="00462DBE">
        <w:rPr>
          <w:rFonts w:ascii="Times New Roman" w:hAnsi="Times New Roman" w:cs="Times New Roman"/>
          <w:lang w:val="tr-TR"/>
        </w:rPr>
        <w:tab/>
        <w:t xml:space="preserve">  </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 xml:space="preserve">/20.…                         </w:t>
      </w:r>
    </w:p>
    <w:p w14:paraId="3FC060E5" w14:textId="77777777" w:rsidR="0053614A" w:rsidRPr="00462DBE" w:rsidRDefault="0053614A" w:rsidP="0053614A">
      <w:pPr>
        <w:spacing w:line="360" w:lineRule="auto"/>
        <w:rPr>
          <w:rFonts w:ascii="Times New Roman" w:hAnsi="Times New Roman" w:cs="Times New Roman"/>
          <w:lang w:val="tr-TR"/>
        </w:rPr>
      </w:pP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t>İmza</w:t>
      </w:r>
    </w:p>
    <w:p w14:paraId="525210E0" w14:textId="77777777" w:rsidR="0053614A" w:rsidRPr="00462DBE" w:rsidRDefault="0053614A" w:rsidP="0053614A">
      <w:pPr>
        <w:spacing w:line="240" w:lineRule="auto"/>
        <w:rPr>
          <w:rFonts w:ascii="Times New Roman" w:hAnsi="Times New Roman" w:cs="Times New Roman"/>
          <w:b/>
          <w:lang w:val="tr-TR"/>
        </w:rPr>
      </w:pPr>
      <w:r w:rsidRPr="00462DBE">
        <w:rPr>
          <w:rFonts w:ascii="Times New Roman" w:hAnsi="Times New Roman" w:cs="Times New Roman"/>
          <w:b/>
          <w:lang w:val="tr-TR"/>
        </w:rPr>
        <w:t xml:space="preserve"> EKLER:</w:t>
      </w:r>
    </w:p>
    <w:p w14:paraId="315E397E" w14:textId="77777777" w:rsidR="0053614A" w:rsidRPr="00462DBE" w:rsidRDefault="0053614A" w:rsidP="0053614A">
      <w:pPr>
        <w:spacing w:line="240" w:lineRule="auto"/>
        <w:rPr>
          <w:rFonts w:ascii="Times New Roman" w:hAnsi="Times New Roman" w:cs="Times New Roman"/>
          <w:lang w:val="tr-TR"/>
        </w:rPr>
      </w:pPr>
      <w:r w:rsidRPr="00462DBE">
        <w:rPr>
          <w:rFonts w:ascii="Times New Roman" w:hAnsi="Times New Roman" w:cs="Times New Roman"/>
          <w:lang w:val="tr-TR"/>
        </w:rPr>
        <w:t xml:space="preserve">EK-1 İş yeri kabul yazısı   </w:t>
      </w:r>
    </w:p>
    <w:p w14:paraId="06D061A1" w14:textId="77777777" w:rsidR="0053614A" w:rsidRPr="00462DBE" w:rsidRDefault="0053614A" w:rsidP="0053614A">
      <w:pPr>
        <w:spacing w:line="240" w:lineRule="auto"/>
        <w:rPr>
          <w:rFonts w:ascii="Times New Roman" w:hAnsi="Times New Roman" w:cs="Times New Roman"/>
          <w:lang w:val="tr-TR"/>
        </w:rPr>
      </w:pPr>
      <w:r w:rsidRPr="00462DBE">
        <w:rPr>
          <w:rFonts w:ascii="Times New Roman" w:hAnsi="Times New Roman" w:cs="Times New Roman"/>
          <w:lang w:val="tr-TR"/>
        </w:rPr>
        <w:t xml:space="preserve">Adı Soyadı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033E2294" w14:textId="77777777" w:rsidR="0053614A" w:rsidRPr="00462DBE" w:rsidRDefault="0053614A" w:rsidP="0053614A">
      <w:pPr>
        <w:spacing w:line="240" w:lineRule="auto"/>
        <w:rPr>
          <w:rFonts w:ascii="Times New Roman" w:hAnsi="Times New Roman" w:cs="Times New Roman"/>
          <w:lang w:val="tr-TR"/>
        </w:rPr>
      </w:pPr>
      <w:r w:rsidRPr="00462DBE">
        <w:rPr>
          <w:rFonts w:ascii="Times New Roman" w:hAnsi="Times New Roman" w:cs="Times New Roman"/>
          <w:lang w:val="tr-TR"/>
        </w:rPr>
        <w:t xml:space="preserve">Uzmanlık Alanım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01C12704" w14:textId="77777777" w:rsidR="0053614A" w:rsidRPr="00462DBE" w:rsidRDefault="0053614A" w:rsidP="0053614A">
      <w:pPr>
        <w:tabs>
          <w:tab w:val="left" w:pos="2410"/>
        </w:tabs>
        <w:spacing w:line="240" w:lineRule="auto"/>
        <w:rPr>
          <w:rFonts w:ascii="Times New Roman" w:hAnsi="Times New Roman" w:cs="Times New Roman"/>
          <w:lang w:val="tr-TR"/>
        </w:rPr>
      </w:pPr>
      <w:r w:rsidRPr="00462DBE">
        <w:rPr>
          <w:rFonts w:ascii="Times New Roman" w:hAnsi="Times New Roman" w:cs="Times New Roman"/>
          <w:lang w:val="tr-TR"/>
        </w:rPr>
        <w:t xml:space="preserve">Sınıfım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6A026E1D" w14:textId="77777777" w:rsidR="0053614A" w:rsidRPr="00462DBE" w:rsidRDefault="0053614A" w:rsidP="0053614A">
      <w:pPr>
        <w:spacing w:line="240" w:lineRule="auto"/>
        <w:rPr>
          <w:rFonts w:ascii="Times New Roman" w:hAnsi="Times New Roman" w:cs="Times New Roman"/>
          <w:lang w:val="tr-TR"/>
        </w:rPr>
      </w:pPr>
      <w:r w:rsidRPr="00462DBE">
        <w:rPr>
          <w:rFonts w:ascii="Times New Roman" w:hAnsi="Times New Roman" w:cs="Times New Roman"/>
          <w:lang w:val="tr-TR"/>
        </w:rPr>
        <w:t xml:space="preserve">Numaram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7A473F12" w14:textId="77777777" w:rsidR="0053614A" w:rsidRPr="00462DBE" w:rsidRDefault="0053614A" w:rsidP="0053614A">
      <w:pPr>
        <w:spacing w:line="240" w:lineRule="auto"/>
        <w:rPr>
          <w:rFonts w:ascii="Times New Roman" w:hAnsi="Times New Roman" w:cs="Times New Roman"/>
          <w:lang w:val="tr-TR"/>
        </w:rPr>
      </w:pPr>
      <w:r w:rsidRPr="00462DBE">
        <w:rPr>
          <w:rFonts w:ascii="Times New Roman" w:hAnsi="Times New Roman" w:cs="Times New Roman"/>
          <w:lang w:val="tr-TR"/>
        </w:rPr>
        <w:t xml:space="preserve">Trabzon’daki Adresim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1A4B875C" w14:textId="77777777" w:rsidR="0053614A" w:rsidRPr="00462DBE" w:rsidRDefault="0053614A" w:rsidP="0053614A">
      <w:pPr>
        <w:spacing w:line="240" w:lineRule="auto"/>
        <w:rPr>
          <w:rFonts w:ascii="Times New Roman" w:hAnsi="Times New Roman" w:cs="Times New Roman"/>
          <w:lang w:val="tr-TR"/>
        </w:rPr>
      </w:pPr>
      <w:r w:rsidRPr="00462DBE">
        <w:rPr>
          <w:rFonts w:ascii="Times New Roman" w:hAnsi="Times New Roman" w:cs="Times New Roman"/>
          <w:lang w:val="tr-TR"/>
        </w:rPr>
        <w:t xml:space="preserve">Telefon Numaram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5E948499" w14:textId="77777777" w:rsidR="0053614A" w:rsidRPr="00462DBE" w:rsidRDefault="0053614A" w:rsidP="0053614A">
      <w:pPr>
        <w:spacing w:line="240" w:lineRule="auto"/>
        <w:rPr>
          <w:rFonts w:ascii="Times New Roman" w:hAnsi="Times New Roman" w:cs="Times New Roman"/>
          <w:lang w:val="tr-TR"/>
        </w:rPr>
      </w:pPr>
      <w:r w:rsidRPr="00462DBE">
        <w:rPr>
          <w:rFonts w:ascii="Times New Roman" w:hAnsi="Times New Roman" w:cs="Times New Roman"/>
          <w:lang w:val="tr-TR"/>
        </w:rPr>
        <w:t xml:space="preserve"> Sürekli Adresim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02AFD9EC" w14:textId="77777777" w:rsidR="0053614A" w:rsidRPr="00462DBE" w:rsidRDefault="0053614A" w:rsidP="0053614A">
      <w:pPr>
        <w:spacing w:line="240" w:lineRule="auto"/>
        <w:rPr>
          <w:rFonts w:ascii="Times New Roman" w:hAnsi="Times New Roman" w:cs="Times New Roman"/>
          <w:lang w:val="tr-TR"/>
        </w:rPr>
      </w:pPr>
      <w:r w:rsidRPr="00462DBE">
        <w:rPr>
          <w:rFonts w:ascii="Times New Roman" w:hAnsi="Times New Roman" w:cs="Times New Roman"/>
          <w:lang w:val="tr-TR"/>
        </w:rPr>
        <w:t xml:space="preserve">Telefon Numaram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2F47DB46" w14:textId="77777777" w:rsidR="0053614A" w:rsidRPr="00462DBE" w:rsidRDefault="0053614A" w:rsidP="0053614A">
      <w:pPr>
        <w:spacing w:line="240" w:lineRule="auto"/>
        <w:rPr>
          <w:rFonts w:ascii="Times New Roman" w:hAnsi="Times New Roman" w:cs="Times New Roman"/>
          <w:lang w:val="tr-TR"/>
        </w:rPr>
      </w:pPr>
    </w:p>
    <w:p w14:paraId="72B3CA2C" w14:textId="77777777" w:rsidR="0053614A" w:rsidRPr="00462DBE" w:rsidRDefault="0053614A" w:rsidP="0053614A">
      <w:pPr>
        <w:spacing w:line="240" w:lineRule="auto"/>
        <w:rPr>
          <w:rFonts w:ascii="Times New Roman" w:hAnsi="Times New Roman" w:cs="Times New Roman"/>
          <w:lang w:val="tr-TR"/>
        </w:rPr>
      </w:pPr>
      <w:r w:rsidRPr="00462DBE">
        <w:rPr>
          <w:rFonts w:ascii="Times New Roman" w:hAnsi="Times New Roman" w:cs="Times New Roman"/>
          <w:lang w:val="tr-TR"/>
        </w:rPr>
        <w:t>Antrenörlük Deneyimi/Antrenörlük Uygulamasını</w:t>
      </w:r>
    </w:p>
    <w:p w14:paraId="765FDE3C" w14:textId="77777777" w:rsidR="0053614A" w:rsidRPr="00462DBE" w:rsidRDefault="0053614A" w:rsidP="0053614A">
      <w:pPr>
        <w:spacing w:line="240" w:lineRule="auto"/>
        <w:rPr>
          <w:rFonts w:ascii="Times New Roman" w:hAnsi="Times New Roman" w:cs="Times New Roman"/>
          <w:lang w:val="tr-TR"/>
        </w:rPr>
      </w:pPr>
      <w:r w:rsidRPr="00462DBE">
        <w:rPr>
          <w:rFonts w:ascii="Times New Roman" w:hAnsi="Times New Roman" w:cs="Times New Roman"/>
          <w:lang w:val="tr-TR"/>
        </w:rPr>
        <w:t xml:space="preserve"> Yapmak İstediğim </w:t>
      </w:r>
    </w:p>
    <w:p w14:paraId="56DDA559" w14:textId="77777777" w:rsidR="0053614A" w:rsidRPr="00462DBE" w:rsidRDefault="0053614A" w:rsidP="0053614A">
      <w:pPr>
        <w:spacing w:line="360" w:lineRule="auto"/>
        <w:rPr>
          <w:rFonts w:ascii="Times New Roman" w:hAnsi="Times New Roman" w:cs="Times New Roman"/>
          <w:lang w:val="tr-TR"/>
        </w:rPr>
      </w:pPr>
      <w:r w:rsidRPr="00462DBE">
        <w:rPr>
          <w:rFonts w:ascii="Times New Roman" w:hAnsi="Times New Roman" w:cs="Times New Roman"/>
          <w:lang w:val="tr-TR"/>
        </w:rPr>
        <w:t xml:space="preserve"> İş Yerinin Adresi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101D236C" w14:textId="77777777" w:rsidR="0053614A" w:rsidRPr="00462DBE" w:rsidRDefault="0053614A" w:rsidP="0053614A">
      <w:pPr>
        <w:tabs>
          <w:tab w:val="left" w:pos="1134"/>
        </w:tabs>
        <w:spacing w:line="360" w:lineRule="auto"/>
        <w:ind w:hanging="142"/>
        <w:jc w:val="both"/>
        <w:rPr>
          <w:rFonts w:ascii="Times New Roman" w:hAnsi="Times New Roman" w:cs="Times New Roman"/>
          <w:lang w:val="tr-TR"/>
        </w:rPr>
      </w:pPr>
      <w:r w:rsidRPr="00462DBE">
        <w:rPr>
          <w:rFonts w:ascii="Times New Roman" w:hAnsi="Times New Roman" w:cs="Times New Roman"/>
          <w:lang w:val="tr-TR"/>
        </w:rPr>
        <w:tab/>
      </w:r>
      <w:r w:rsidRPr="00462DBE">
        <w:rPr>
          <w:rFonts w:ascii="Times New Roman" w:hAnsi="Times New Roman" w:cs="Times New Roman"/>
          <w:lang w:val="tr-TR"/>
        </w:rPr>
        <w:tab/>
        <w:t xml:space="preserve">Öğrencinin yukarıdaki iş yerinde “Antrenörlük Deneyimi/Antrenörlük Uygulamasını” yapması uygundur.        </w:t>
      </w:r>
    </w:p>
    <w:p w14:paraId="48E4A2C7"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t>….. /…. /20….</w:t>
      </w:r>
    </w:p>
    <w:p w14:paraId="06457D25" w14:textId="77777777" w:rsidR="0053614A" w:rsidRPr="00462DBE" w:rsidRDefault="0053614A" w:rsidP="0053614A">
      <w:pPr>
        <w:spacing w:line="360" w:lineRule="auto"/>
        <w:jc w:val="right"/>
        <w:rPr>
          <w:rFonts w:ascii="Times New Roman" w:hAnsi="Times New Roman" w:cs="Times New Roman"/>
          <w:lang w:val="tr-TR"/>
        </w:rPr>
      </w:pPr>
      <w:r w:rsidRPr="00462DBE">
        <w:rPr>
          <w:rFonts w:ascii="Times New Roman" w:hAnsi="Times New Roman" w:cs="Times New Roman"/>
          <w:lang w:val="tr-TR"/>
        </w:rPr>
        <w:t>Antrenörlük Eğitimi Bölüm Bşk.</w:t>
      </w:r>
    </w:p>
    <w:p w14:paraId="22CE54B1" w14:textId="77777777" w:rsidR="0053614A" w:rsidRPr="00462DBE" w:rsidRDefault="0053614A" w:rsidP="0053614A">
      <w:pPr>
        <w:spacing w:line="360" w:lineRule="auto"/>
        <w:jc w:val="both"/>
        <w:rPr>
          <w:rFonts w:ascii="Times New Roman" w:hAnsi="Times New Roman" w:cs="Times New Roman"/>
          <w:b/>
          <w:lang w:val="tr-TR"/>
        </w:rPr>
      </w:pPr>
    </w:p>
    <w:p w14:paraId="6093D1EE" w14:textId="77777777" w:rsidR="0053614A" w:rsidRPr="00462DBE" w:rsidRDefault="0053614A" w:rsidP="0053614A">
      <w:pPr>
        <w:spacing w:line="360" w:lineRule="auto"/>
        <w:jc w:val="both"/>
        <w:rPr>
          <w:rFonts w:ascii="Times New Roman" w:hAnsi="Times New Roman" w:cs="Times New Roman"/>
          <w:b/>
          <w:lang w:val="tr-TR"/>
        </w:rPr>
      </w:pPr>
      <w:r w:rsidRPr="00462DBE">
        <w:rPr>
          <w:rFonts w:ascii="Times New Roman" w:hAnsi="Times New Roman" w:cs="Times New Roman"/>
          <w:b/>
          <w:lang w:val="tr-TR"/>
        </w:rPr>
        <w:lastRenderedPageBreak/>
        <w:t>EK:2- Antrenörlük Eğitimi Bölümü Başkanlığınca Yazılan Belge</w:t>
      </w:r>
    </w:p>
    <w:p w14:paraId="21E98A2E" w14:textId="77777777" w:rsidR="0053614A" w:rsidRPr="00462DBE" w:rsidRDefault="0053614A" w:rsidP="0053614A">
      <w:pPr>
        <w:spacing w:line="360" w:lineRule="auto"/>
        <w:jc w:val="center"/>
        <w:rPr>
          <w:rFonts w:ascii="Times New Roman" w:hAnsi="Times New Roman" w:cs="Times New Roman"/>
          <w:b/>
          <w:lang w:val="tr-TR"/>
        </w:rPr>
      </w:pPr>
      <w:r w:rsidRPr="00462DBE">
        <w:rPr>
          <w:rFonts w:ascii="Times New Roman" w:hAnsi="Times New Roman" w:cs="Times New Roman"/>
          <w:b/>
          <w:lang w:val="tr-TR"/>
        </w:rPr>
        <w:t>İLGİLİ MAKAMA</w:t>
      </w:r>
    </w:p>
    <w:p w14:paraId="1766BDB6"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Sayı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5B88AF08"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Konu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Antrenörlük Deneyimi/Antrenörlük Uygulaması</w:t>
      </w:r>
    </w:p>
    <w:p w14:paraId="25AF9D6D"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Tarih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5D371811" w14:textId="77777777" w:rsidR="0053614A" w:rsidRPr="00462DBE" w:rsidRDefault="0053614A" w:rsidP="0053614A">
      <w:pPr>
        <w:spacing w:line="360" w:lineRule="auto"/>
        <w:jc w:val="both"/>
        <w:rPr>
          <w:rFonts w:ascii="Times New Roman" w:hAnsi="Times New Roman" w:cs="Times New Roman"/>
          <w:lang w:val="tr-TR"/>
        </w:rPr>
      </w:pPr>
    </w:p>
    <w:p w14:paraId="25A32A3B" w14:textId="77777777" w:rsidR="0053614A" w:rsidRPr="00462DBE" w:rsidRDefault="0053614A" w:rsidP="0053614A">
      <w:pPr>
        <w:spacing w:line="360" w:lineRule="auto"/>
        <w:jc w:val="both"/>
        <w:rPr>
          <w:rFonts w:ascii="Times New Roman" w:hAnsi="Times New Roman" w:cs="Times New Roman"/>
          <w:lang w:val="tr-TR"/>
        </w:rPr>
      </w:pPr>
    </w:p>
    <w:p w14:paraId="7F97DC0B"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ab/>
        <w:t>Trabzon Üniversitesi, Spor Bilimleri Fakültesi, Antrenörlük Eğitimi Programı</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sınıf…………… numaralı öğrencisi ………………………………</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.’in</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w:t>
      </w:r>
      <w:proofErr w:type="gramStart"/>
      <w:r w:rsidRPr="00462DBE">
        <w:rPr>
          <w:rFonts w:ascii="Times New Roman" w:hAnsi="Times New Roman" w:cs="Times New Roman"/>
          <w:lang w:val="tr-TR"/>
        </w:rPr>
        <w:t>20.…</w:t>
      </w:r>
      <w:proofErr w:type="gramEnd"/>
      <w:r w:rsidRPr="00462DBE">
        <w:rPr>
          <w:rFonts w:ascii="Times New Roman" w:hAnsi="Times New Roman" w:cs="Times New Roman"/>
          <w:lang w:val="tr-TR"/>
        </w:rPr>
        <w:t>.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w:t>
      </w:r>
      <w:proofErr w:type="gramStart"/>
      <w:r w:rsidRPr="00462DBE">
        <w:rPr>
          <w:rFonts w:ascii="Times New Roman" w:hAnsi="Times New Roman" w:cs="Times New Roman"/>
          <w:lang w:val="tr-TR"/>
        </w:rPr>
        <w:t>20.…</w:t>
      </w:r>
      <w:proofErr w:type="gramEnd"/>
      <w:r w:rsidRPr="00462DBE">
        <w:rPr>
          <w:rFonts w:ascii="Times New Roman" w:hAnsi="Times New Roman" w:cs="Times New Roman"/>
          <w:lang w:val="tr-TR"/>
        </w:rPr>
        <w:t xml:space="preserve">. tarihleri arasında yapmak zorunda olduğu Antrenörlük Deneyimi/Antrenörlük </w:t>
      </w:r>
      <w:proofErr w:type="gramStart"/>
      <w:r w:rsidRPr="00462DBE">
        <w:rPr>
          <w:rFonts w:ascii="Times New Roman" w:hAnsi="Times New Roman" w:cs="Times New Roman"/>
          <w:lang w:val="tr-TR"/>
        </w:rPr>
        <w:t>Uygulamasını  işyerinizde</w:t>
      </w:r>
      <w:proofErr w:type="gramEnd"/>
      <w:r w:rsidRPr="00462DBE">
        <w:rPr>
          <w:rFonts w:ascii="Times New Roman" w:hAnsi="Times New Roman" w:cs="Times New Roman"/>
          <w:lang w:val="tr-TR"/>
        </w:rPr>
        <w:t xml:space="preserve">/kulübümüzde yapmak istemektedir. </w:t>
      </w:r>
    </w:p>
    <w:p w14:paraId="7FE17E30"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                Öğrencimizin Antrenörlük Deneyimi/Antrenörlük Uygulamasını iş yerinizde yapmasını uygun görmeniz halinde Ek 3’ü doldurarak Antrenörlük Bölümü Başkanlığına göndermenizi arz/rica ederim. </w:t>
      </w:r>
    </w:p>
    <w:p w14:paraId="08B302BC" w14:textId="77777777" w:rsidR="0053614A" w:rsidRPr="00462DBE" w:rsidRDefault="0053614A" w:rsidP="0053614A">
      <w:pPr>
        <w:spacing w:line="360" w:lineRule="auto"/>
        <w:jc w:val="both"/>
        <w:rPr>
          <w:rFonts w:ascii="Times New Roman" w:hAnsi="Times New Roman" w:cs="Times New Roman"/>
          <w:lang w:val="tr-TR"/>
        </w:rPr>
      </w:pPr>
    </w:p>
    <w:p w14:paraId="567C8D2F"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t>Antrenörlük Eğitimi Bölüm Bşk.</w:t>
      </w:r>
    </w:p>
    <w:p w14:paraId="03412855" w14:textId="77777777" w:rsidR="0053614A" w:rsidRPr="00462DBE" w:rsidRDefault="0053614A" w:rsidP="0053614A">
      <w:pPr>
        <w:spacing w:line="360" w:lineRule="auto"/>
        <w:jc w:val="both"/>
        <w:rPr>
          <w:rFonts w:ascii="Times New Roman" w:hAnsi="Times New Roman" w:cs="Times New Roman"/>
          <w:b/>
          <w:lang w:val="tr-TR"/>
        </w:rPr>
      </w:pPr>
      <w:r w:rsidRPr="00462DBE">
        <w:rPr>
          <w:rFonts w:ascii="Times New Roman" w:hAnsi="Times New Roman" w:cs="Times New Roman"/>
          <w:b/>
          <w:lang w:val="tr-TR"/>
        </w:rPr>
        <w:t xml:space="preserve">EKLER: </w:t>
      </w:r>
    </w:p>
    <w:p w14:paraId="75B4F9B3"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EK-1 İş Yeri Kabul Formu. </w:t>
      </w:r>
    </w:p>
    <w:p w14:paraId="3ADC4A68"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         (1 Adet, 2 Sayfa) </w:t>
      </w:r>
    </w:p>
    <w:p w14:paraId="301F4449" w14:textId="77777777" w:rsidR="0053614A" w:rsidRPr="00462DBE" w:rsidRDefault="0053614A" w:rsidP="0053614A">
      <w:pPr>
        <w:spacing w:line="360" w:lineRule="auto"/>
        <w:jc w:val="both"/>
        <w:rPr>
          <w:rFonts w:ascii="Times New Roman" w:hAnsi="Times New Roman" w:cs="Times New Roman"/>
          <w:lang w:val="tr-TR"/>
        </w:rPr>
      </w:pPr>
    </w:p>
    <w:p w14:paraId="3A8B6974" w14:textId="39338A45" w:rsidR="0053614A" w:rsidRPr="00462DBE" w:rsidRDefault="0053614A" w:rsidP="0053614A">
      <w:pPr>
        <w:spacing w:line="240" w:lineRule="auto"/>
        <w:jc w:val="both"/>
        <w:rPr>
          <w:rFonts w:ascii="Times New Roman" w:hAnsi="Times New Roman" w:cs="Times New Roman"/>
          <w:lang w:val="tr-TR"/>
        </w:rPr>
      </w:pPr>
      <w:r w:rsidRPr="00462DBE">
        <w:rPr>
          <w:rFonts w:ascii="Times New Roman" w:hAnsi="Times New Roman" w:cs="Times New Roman"/>
          <w:lang w:val="tr-TR"/>
        </w:rPr>
        <w:t xml:space="preserve">ADRES: </w:t>
      </w:r>
    </w:p>
    <w:p w14:paraId="1159652E" w14:textId="77777777" w:rsidR="0053614A" w:rsidRPr="00462DBE" w:rsidRDefault="0053614A" w:rsidP="0053614A">
      <w:pPr>
        <w:spacing w:line="240" w:lineRule="auto"/>
        <w:jc w:val="both"/>
        <w:rPr>
          <w:rFonts w:ascii="Times New Roman" w:hAnsi="Times New Roman" w:cs="Times New Roman"/>
          <w:lang w:val="tr-TR"/>
        </w:rPr>
      </w:pPr>
      <w:r w:rsidRPr="00462DBE">
        <w:rPr>
          <w:rFonts w:ascii="Helvetica" w:hAnsi="Helvetica" w:cs="Helvetica"/>
          <w:shd w:val="clear" w:color="auto" w:fill="F5F3F4"/>
          <w:lang w:val="tr-TR"/>
        </w:rPr>
        <w:t xml:space="preserve">Trabzon </w:t>
      </w:r>
      <w:proofErr w:type="gramStart"/>
      <w:r w:rsidRPr="00462DBE">
        <w:rPr>
          <w:rFonts w:ascii="Helvetica" w:hAnsi="Helvetica" w:cs="Helvetica"/>
          <w:shd w:val="clear" w:color="auto" w:fill="F5F3F4"/>
          <w:lang w:val="tr-TR"/>
        </w:rPr>
        <w:t>Üniversitesi -</w:t>
      </w:r>
      <w:proofErr w:type="gramEnd"/>
      <w:r w:rsidRPr="00462DBE">
        <w:rPr>
          <w:rFonts w:ascii="Helvetica" w:hAnsi="Helvetica" w:cs="Helvetica"/>
          <w:shd w:val="clear" w:color="auto" w:fill="F5F3F4"/>
          <w:lang w:val="tr-TR"/>
        </w:rPr>
        <w:t xml:space="preserve"> Spor Bilimleri Fakültesi, E </w:t>
      </w:r>
      <w:proofErr w:type="gramStart"/>
      <w:r w:rsidRPr="00462DBE">
        <w:rPr>
          <w:rFonts w:ascii="Helvetica" w:hAnsi="Helvetica" w:cs="Helvetica"/>
          <w:shd w:val="clear" w:color="auto" w:fill="F5F3F4"/>
          <w:lang w:val="tr-TR"/>
        </w:rPr>
        <w:t>Blok -</w:t>
      </w:r>
      <w:proofErr w:type="gramEnd"/>
      <w:r w:rsidRPr="00462DBE">
        <w:rPr>
          <w:rFonts w:ascii="Helvetica" w:hAnsi="Helvetica" w:cs="Helvetica"/>
          <w:shd w:val="clear" w:color="auto" w:fill="F5F3F4"/>
          <w:lang w:val="tr-TR"/>
        </w:rPr>
        <w:t xml:space="preserve"> Söğütlü / TRABZON</w:t>
      </w:r>
    </w:p>
    <w:p w14:paraId="2D8B479D" w14:textId="77777777" w:rsidR="0053614A" w:rsidRPr="00462DBE" w:rsidRDefault="0053614A" w:rsidP="0053614A">
      <w:pPr>
        <w:spacing w:line="240" w:lineRule="auto"/>
        <w:jc w:val="both"/>
        <w:rPr>
          <w:rFonts w:ascii="Times New Roman" w:hAnsi="Times New Roman" w:cs="Times New Roman"/>
          <w:lang w:val="tr-TR"/>
        </w:rPr>
      </w:pPr>
      <w:r w:rsidRPr="00462DBE">
        <w:rPr>
          <w:rFonts w:ascii="Times New Roman" w:hAnsi="Times New Roman" w:cs="Times New Roman"/>
          <w:lang w:val="tr-TR"/>
        </w:rPr>
        <w:t xml:space="preserve">Telefon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53472AD3" w14:textId="77777777" w:rsidR="0053614A" w:rsidRPr="00462DBE" w:rsidRDefault="0053614A" w:rsidP="0053614A">
      <w:pPr>
        <w:spacing w:line="240" w:lineRule="auto"/>
        <w:jc w:val="both"/>
        <w:rPr>
          <w:rFonts w:ascii="Times New Roman" w:hAnsi="Times New Roman" w:cs="Times New Roman"/>
          <w:lang w:val="tr-TR"/>
        </w:rPr>
      </w:pPr>
      <w:proofErr w:type="spellStart"/>
      <w:r w:rsidRPr="00462DBE">
        <w:rPr>
          <w:rFonts w:ascii="Times New Roman" w:hAnsi="Times New Roman" w:cs="Times New Roman"/>
          <w:lang w:val="tr-TR"/>
        </w:rPr>
        <w:t>Fax</w:t>
      </w:r>
      <w:proofErr w:type="spellEnd"/>
      <w:r w:rsidRPr="00462DBE">
        <w:rPr>
          <w:rFonts w:ascii="Times New Roman" w:hAnsi="Times New Roman" w:cs="Times New Roman"/>
          <w:lang w:val="tr-TR"/>
        </w:rPr>
        <w:t xml:space="preserve">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6C42C3DB" w14:textId="77777777" w:rsidR="0053614A" w:rsidRPr="00462DBE" w:rsidRDefault="0053614A" w:rsidP="0053614A">
      <w:pPr>
        <w:spacing w:line="240" w:lineRule="auto"/>
        <w:jc w:val="both"/>
        <w:rPr>
          <w:rFonts w:ascii="Times New Roman" w:hAnsi="Times New Roman" w:cs="Times New Roman"/>
          <w:lang w:val="tr-TR"/>
        </w:rPr>
      </w:pPr>
      <w:r w:rsidRPr="00462DBE">
        <w:rPr>
          <w:rFonts w:ascii="Times New Roman" w:hAnsi="Times New Roman" w:cs="Times New Roman"/>
          <w:lang w:val="tr-TR"/>
        </w:rPr>
        <w:t xml:space="preserve">Web adresi                         </w:t>
      </w:r>
      <w:proofErr w:type="gramStart"/>
      <w:r w:rsidRPr="00462DBE">
        <w:rPr>
          <w:rFonts w:ascii="Times New Roman" w:hAnsi="Times New Roman" w:cs="Times New Roman"/>
          <w:lang w:val="tr-TR"/>
        </w:rPr>
        <w:t xml:space="preserve">  :</w:t>
      </w:r>
      <w:proofErr w:type="gramEnd"/>
    </w:p>
    <w:p w14:paraId="58609547" w14:textId="77777777" w:rsidR="0053614A" w:rsidRPr="00462DBE" w:rsidRDefault="0053614A" w:rsidP="0053614A">
      <w:pPr>
        <w:spacing w:line="240" w:lineRule="auto"/>
        <w:jc w:val="both"/>
        <w:rPr>
          <w:rFonts w:ascii="Times New Roman" w:hAnsi="Times New Roman" w:cs="Times New Roman"/>
          <w:lang w:val="tr-TR"/>
        </w:rPr>
      </w:pPr>
      <w:r w:rsidRPr="00462DBE">
        <w:rPr>
          <w:rFonts w:ascii="Times New Roman" w:hAnsi="Times New Roman" w:cs="Times New Roman"/>
          <w:lang w:val="tr-TR"/>
        </w:rPr>
        <w:t xml:space="preserve">Elektronik posta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0C4BB437"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EK  2-Antrenörlük Eğitimi Bölümü Başkanlığınca Yazılan Belge    </w:t>
      </w:r>
    </w:p>
    <w:p w14:paraId="4F4D5947" w14:textId="77777777" w:rsidR="0053614A" w:rsidRPr="00462DBE" w:rsidRDefault="0053614A" w:rsidP="0053614A">
      <w:pPr>
        <w:spacing w:line="360" w:lineRule="auto"/>
        <w:jc w:val="both"/>
        <w:rPr>
          <w:rFonts w:ascii="Times New Roman" w:hAnsi="Times New Roman" w:cs="Times New Roman"/>
          <w:lang w:val="tr-TR"/>
        </w:rPr>
      </w:pPr>
    </w:p>
    <w:p w14:paraId="6116493A" w14:textId="77777777" w:rsidR="0053614A" w:rsidRPr="00462DBE" w:rsidRDefault="0053614A" w:rsidP="0053614A">
      <w:pPr>
        <w:spacing w:line="360" w:lineRule="auto"/>
        <w:jc w:val="both"/>
        <w:rPr>
          <w:rFonts w:ascii="Times New Roman" w:hAnsi="Times New Roman" w:cs="Times New Roman"/>
          <w:lang w:val="tr-TR"/>
        </w:rPr>
      </w:pPr>
    </w:p>
    <w:p w14:paraId="2F040E0A" w14:textId="77777777" w:rsidR="0053614A" w:rsidRPr="00462DBE" w:rsidRDefault="0053614A" w:rsidP="0053614A">
      <w:pPr>
        <w:spacing w:line="360" w:lineRule="auto"/>
        <w:jc w:val="both"/>
        <w:rPr>
          <w:rFonts w:ascii="Times New Roman" w:hAnsi="Times New Roman" w:cs="Times New Roman"/>
          <w:b/>
          <w:lang w:val="tr-TR"/>
        </w:rPr>
      </w:pPr>
      <w:r w:rsidRPr="00462DBE">
        <w:rPr>
          <w:rFonts w:ascii="Times New Roman" w:hAnsi="Times New Roman" w:cs="Times New Roman"/>
          <w:b/>
          <w:lang w:val="tr-TR"/>
        </w:rPr>
        <w:lastRenderedPageBreak/>
        <w:t xml:space="preserve">EK:3-Spor Kulübü Kabul Formu </w:t>
      </w:r>
    </w:p>
    <w:p w14:paraId="499B528D" w14:textId="77777777" w:rsidR="0053614A" w:rsidRPr="00462DBE" w:rsidRDefault="0053614A" w:rsidP="0053614A">
      <w:pPr>
        <w:spacing w:line="360" w:lineRule="auto"/>
        <w:jc w:val="both"/>
        <w:rPr>
          <w:rFonts w:ascii="Times New Roman" w:hAnsi="Times New Roman" w:cs="Times New Roman"/>
          <w:b/>
          <w:lang w:val="tr-TR"/>
        </w:rPr>
      </w:pPr>
    </w:p>
    <w:p w14:paraId="66BAB88C" w14:textId="77777777" w:rsidR="0053614A" w:rsidRPr="00462DBE" w:rsidRDefault="0053614A" w:rsidP="0053614A">
      <w:pPr>
        <w:spacing w:line="360" w:lineRule="auto"/>
        <w:jc w:val="center"/>
        <w:rPr>
          <w:rFonts w:ascii="Times New Roman" w:hAnsi="Times New Roman" w:cs="Times New Roman"/>
          <w:b/>
          <w:lang w:val="tr-TR"/>
        </w:rPr>
      </w:pPr>
      <w:r w:rsidRPr="00462DBE">
        <w:rPr>
          <w:rFonts w:ascii="Times New Roman" w:hAnsi="Times New Roman" w:cs="Times New Roman"/>
          <w:b/>
          <w:lang w:val="tr-TR"/>
        </w:rPr>
        <w:t>……</w:t>
      </w:r>
      <w:proofErr w:type="gramStart"/>
      <w:r w:rsidRPr="00462DBE">
        <w:rPr>
          <w:rFonts w:ascii="Times New Roman" w:hAnsi="Times New Roman" w:cs="Times New Roman"/>
          <w:b/>
          <w:lang w:val="tr-TR"/>
        </w:rPr>
        <w:t>…….</w:t>
      </w:r>
      <w:proofErr w:type="gramEnd"/>
      <w:r w:rsidRPr="00462DBE">
        <w:rPr>
          <w:rFonts w:ascii="Times New Roman" w:hAnsi="Times New Roman" w:cs="Times New Roman"/>
          <w:b/>
          <w:lang w:val="tr-TR"/>
        </w:rPr>
        <w:t>……</w:t>
      </w:r>
      <w:proofErr w:type="gramStart"/>
      <w:r w:rsidRPr="00462DBE">
        <w:rPr>
          <w:rFonts w:ascii="Times New Roman" w:hAnsi="Times New Roman" w:cs="Times New Roman"/>
          <w:b/>
          <w:lang w:val="tr-TR"/>
        </w:rPr>
        <w:t>…….</w:t>
      </w:r>
      <w:proofErr w:type="gramEnd"/>
      <w:r w:rsidRPr="00462DBE">
        <w:rPr>
          <w:rFonts w:ascii="Times New Roman" w:hAnsi="Times New Roman" w:cs="Times New Roman"/>
          <w:b/>
          <w:lang w:val="tr-TR"/>
        </w:rPr>
        <w:t>…SPOR KULÜBÜ</w:t>
      </w:r>
    </w:p>
    <w:p w14:paraId="2446BE15" w14:textId="77777777" w:rsidR="0053614A" w:rsidRPr="00462DBE" w:rsidRDefault="0053614A" w:rsidP="0053614A">
      <w:pPr>
        <w:spacing w:line="240" w:lineRule="auto"/>
        <w:jc w:val="both"/>
        <w:rPr>
          <w:rFonts w:ascii="Times New Roman" w:hAnsi="Times New Roman" w:cs="Times New Roman"/>
          <w:lang w:val="tr-TR"/>
        </w:rPr>
      </w:pPr>
      <w:r w:rsidRPr="00462DBE">
        <w:rPr>
          <w:rFonts w:ascii="Times New Roman" w:hAnsi="Times New Roman" w:cs="Times New Roman"/>
          <w:lang w:val="tr-TR"/>
        </w:rPr>
        <w:t xml:space="preserve">Sayı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48F702B2" w14:textId="77777777" w:rsidR="0053614A" w:rsidRPr="00462DBE" w:rsidRDefault="0053614A" w:rsidP="0053614A">
      <w:pPr>
        <w:spacing w:line="240" w:lineRule="auto"/>
        <w:jc w:val="both"/>
        <w:rPr>
          <w:rFonts w:ascii="Times New Roman" w:hAnsi="Times New Roman" w:cs="Times New Roman"/>
          <w:lang w:val="tr-TR"/>
        </w:rPr>
      </w:pPr>
      <w:r w:rsidRPr="00462DBE">
        <w:rPr>
          <w:rFonts w:ascii="Times New Roman" w:hAnsi="Times New Roman" w:cs="Times New Roman"/>
          <w:lang w:val="tr-TR"/>
        </w:rPr>
        <w:t xml:space="preserve">Konu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Uygulama için başvuran öğrenciniz hakkında </w:t>
      </w:r>
    </w:p>
    <w:p w14:paraId="472F430D" w14:textId="77777777" w:rsidR="0053614A" w:rsidRPr="00462DBE" w:rsidRDefault="0053614A" w:rsidP="0053614A">
      <w:pPr>
        <w:spacing w:line="240" w:lineRule="auto"/>
        <w:jc w:val="both"/>
        <w:rPr>
          <w:rFonts w:ascii="Times New Roman" w:hAnsi="Times New Roman" w:cs="Times New Roman"/>
          <w:lang w:val="tr-TR"/>
        </w:rPr>
      </w:pPr>
      <w:r w:rsidRPr="00462DBE">
        <w:rPr>
          <w:rFonts w:ascii="Times New Roman" w:hAnsi="Times New Roman" w:cs="Times New Roman"/>
          <w:lang w:val="tr-TR"/>
        </w:rPr>
        <w:t xml:space="preserve">Tarih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7B2C2222" w14:textId="77777777" w:rsidR="0053614A" w:rsidRPr="00462DBE" w:rsidRDefault="0053614A" w:rsidP="0053614A">
      <w:pPr>
        <w:spacing w:line="240" w:lineRule="auto"/>
        <w:jc w:val="both"/>
        <w:rPr>
          <w:rFonts w:ascii="Times New Roman" w:hAnsi="Times New Roman" w:cs="Times New Roman"/>
          <w:lang w:val="tr-TR"/>
        </w:rPr>
      </w:pPr>
    </w:p>
    <w:p w14:paraId="67267F71"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ab/>
      </w:r>
    </w:p>
    <w:p w14:paraId="4AF3ED17"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ab/>
        <w:t>Trabzon Üniversitesi, Spor Bilimleri Fakültesi, Antrenörlük Eğitimi Programı ......… sınıfı</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numaralı öğrencisi ………………………………</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 in</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/20….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/20…. tarihleri arasında yapmak zorunda </w:t>
      </w:r>
      <w:proofErr w:type="gramStart"/>
      <w:r w:rsidRPr="00462DBE">
        <w:rPr>
          <w:rFonts w:ascii="Times New Roman" w:hAnsi="Times New Roman" w:cs="Times New Roman"/>
          <w:lang w:val="tr-TR"/>
        </w:rPr>
        <w:t>olduğu  Antrenörlük</w:t>
      </w:r>
      <w:proofErr w:type="gramEnd"/>
      <w:r w:rsidRPr="00462DBE">
        <w:rPr>
          <w:rFonts w:ascii="Times New Roman" w:hAnsi="Times New Roman" w:cs="Times New Roman"/>
          <w:lang w:val="tr-TR"/>
        </w:rPr>
        <w:t xml:space="preserve"> Deneyimi/Antrenörlük </w:t>
      </w:r>
      <w:proofErr w:type="gramStart"/>
      <w:r w:rsidRPr="00462DBE">
        <w:rPr>
          <w:rFonts w:ascii="Times New Roman" w:hAnsi="Times New Roman" w:cs="Times New Roman"/>
          <w:lang w:val="tr-TR"/>
        </w:rPr>
        <w:t>Uygulamasını  işyerimizde</w:t>
      </w:r>
      <w:proofErr w:type="gramEnd"/>
      <w:r w:rsidRPr="00462DBE">
        <w:rPr>
          <w:rFonts w:ascii="Times New Roman" w:hAnsi="Times New Roman" w:cs="Times New Roman"/>
          <w:lang w:val="tr-TR"/>
        </w:rPr>
        <w:t xml:space="preserve"> uygulamasını yapması uygun görülmüştür. </w:t>
      </w:r>
    </w:p>
    <w:p w14:paraId="0ADB596F"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Bilgilerinizi ve gereğini arz/rica ederim.  </w:t>
      </w:r>
    </w:p>
    <w:p w14:paraId="1C02B525" w14:textId="77777777" w:rsidR="0053614A" w:rsidRPr="00462DBE" w:rsidRDefault="0053614A" w:rsidP="0053614A">
      <w:pPr>
        <w:spacing w:line="360" w:lineRule="auto"/>
        <w:jc w:val="right"/>
        <w:rPr>
          <w:rFonts w:ascii="Times New Roman" w:hAnsi="Times New Roman" w:cs="Times New Roman"/>
          <w:lang w:val="tr-TR"/>
        </w:rPr>
      </w:pP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t xml:space="preserve">(Yetkilinin Adı, Soyadı, unvanı ve İmzası)  </w:t>
      </w:r>
    </w:p>
    <w:p w14:paraId="2EEBFA4D" w14:textId="77777777" w:rsidR="0053614A" w:rsidRPr="00462DBE" w:rsidRDefault="0053614A" w:rsidP="0053614A">
      <w:pPr>
        <w:spacing w:line="360" w:lineRule="auto"/>
        <w:jc w:val="right"/>
        <w:rPr>
          <w:rFonts w:ascii="Times New Roman" w:hAnsi="Times New Roman" w:cs="Times New Roman"/>
          <w:lang w:val="tr-TR"/>
        </w:rPr>
      </w:pPr>
    </w:p>
    <w:p w14:paraId="2DEE15BE"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KURUM ANTRENÖRÜNÜN BRANŞI: ……………………………….</w:t>
      </w:r>
    </w:p>
    <w:p w14:paraId="21C4F597" w14:textId="77777777" w:rsidR="0053614A" w:rsidRPr="00462DBE" w:rsidRDefault="0053614A" w:rsidP="0053614A">
      <w:pPr>
        <w:spacing w:after="0" w:line="360" w:lineRule="auto"/>
        <w:jc w:val="both"/>
        <w:rPr>
          <w:rFonts w:ascii="Times New Roman" w:hAnsi="Times New Roman" w:cs="Times New Roman"/>
          <w:b/>
          <w:lang w:val="tr-TR"/>
        </w:rPr>
      </w:pPr>
      <w:r w:rsidRPr="00462DBE">
        <w:rPr>
          <w:rFonts w:ascii="Times New Roman" w:hAnsi="Times New Roman" w:cs="Times New Roman"/>
          <w:b/>
          <w:lang w:val="tr-TR"/>
        </w:rPr>
        <w:t xml:space="preserve"> İŞ YERİNİN ADRESİ: </w:t>
      </w:r>
    </w:p>
    <w:p w14:paraId="1C0E53FC"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Telefon Numarası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6CB8B1E0"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Faks Numarası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048CDB96"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Antrenörlük Deneyimi/Antrenörlük Uygulaması konusu ile ilgili olarak iş yerimizde ilişki kurabileceğiniz kişiler: </w:t>
      </w:r>
    </w:p>
    <w:p w14:paraId="2AD0AAB0"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 Adı Soyadı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 xml:space="preserve">.                 Adı Soyadı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 xml:space="preserve">. </w:t>
      </w:r>
    </w:p>
    <w:p w14:paraId="2230E753"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    Unvanı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 xml:space="preserve">.         </w:t>
      </w:r>
      <w:r w:rsidRPr="00462DBE">
        <w:rPr>
          <w:rFonts w:ascii="Times New Roman" w:hAnsi="Times New Roman" w:cs="Times New Roman"/>
          <w:lang w:val="tr-TR"/>
        </w:rPr>
        <w:tab/>
        <w:t xml:space="preserve"> Unvanı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 xml:space="preserve">. </w:t>
      </w:r>
    </w:p>
    <w:p w14:paraId="49271645"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    Tel No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 xml:space="preserve">.       </w:t>
      </w:r>
      <w:r w:rsidRPr="00462DBE">
        <w:rPr>
          <w:rFonts w:ascii="Times New Roman" w:hAnsi="Times New Roman" w:cs="Times New Roman"/>
          <w:lang w:val="tr-TR"/>
        </w:rPr>
        <w:tab/>
        <w:t xml:space="preserve">  Tel No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w:t>
      </w:r>
    </w:p>
    <w:tbl>
      <w:tblPr>
        <w:tblStyle w:val="TableGrid"/>
        <w:tblW w:w="0" w:type="auto"/>
        <w:tblInd w:w="392" w:type="dxa"/>
        <w:tblLook w:val="04A0" w:firstRow="1" w:lastRow="0" w:firstColumn="1" w:lastColumn="0" w:noHBand="0" w:noVBand="1"/>
      </w:tblPr>
      <w:tblGrid>
        <w:gridCol w:w="1276"/>
        <w:gridCol w:w="1984"/>
        <w:gridCol w:w="851"/>
        <w:gridCol w:w="842"/>
        <w:gridCol w:w="1052"/>
        <w:gridCol w:w="2216"/>
        <w:gridCol w:w="905"/>
        <w:gridCol w:w="717"/>
      </w:tblGrid>
      <w:tr w:rsidR="0053614A" w:rsidRPr="00462DBE" w14:paraId="70D2B6A5" w14:textId="77777777" w:rsidTr="00C52E41">
        <w:tc>
          <w:tcPr>
            <w:tcW w:w="4953" w:type="dxa"/>
            <w:gridSpan w:val="4"/>
          </w:tcPr>
          <w:p w14:paraId="7B8E3AF7"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ÖĞRENCİYE SAĞLAYABİLECEĞİMİZ</w:t>
            </w:r>
          </w:p>
          <w:p w14:paraId="1A791722"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OLANAKLAR</w:t>
            </w:r>
          </w:p>
        </w:tc>
        <w:tc>
          <w:tcPr>
            <w:tcW w:w="4890" w:type="dxa"/>
            <w:gridSpan w:val="4"/>
          </w:tcPr>
          <w:p w14:paraId="32794181" w14:textId="5A4CEAB9"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ANTRENÖRLÜK UYGULAMA BAŞLANGICINDA ÖĞRENCİDEN İSTEDİĞİMİZ BELGELER</w:t>
            </w:r>
          </w:p>
        </w:tc>
      </w:tr>
      <w:tr w:rsidR="0053614A" w:rsidRPr="00462DBE" w14:paraId="288F4C94" w14:textId="77777777" w:rsidTr="00C52E41">
        <w:tc>
          <w:tcPr>
            <w:tcW w:w="3260" w:type="dxa"/>
            <w:gridSpan w:val="2"/>
          </w:tcPr>
          <w:p w14:paraId="5EB5CE67" w14:textId="77777777" w:rsidR="0053614A" w:rsidRPr="00462DBE" w:rsidRDefault="0053614A" w:rsidP="00C52E41">
            <w:pPr>
              <w:spacing w:line="360" w:lineRule="auto"/>
              <w:jc w:val="both"/>
              <w:rPr>
                <w:rFonts w:ascii="Times New Roman" w:hAnsi="Times New Roman" w:cs="Times New Roman"/>
                <w:sz w:val="18"/>
                <w:lang w:val="tr-TR"/>
              </w:rPr>
            </w:pPr>
          </w:p>
        </w:tc>
        <w:tc>
          <w:tcPr>
            <w:tcW w:w="851" w:type="dxa"/>
          </w:tcPr>
          <w:p w14:paraId="7FBC25FF" w14:textId="77777777" w:rsidR="0053614A" w:rsidRPr="00462DBE" w:rsidRDefault="0053614A" w:rsidP="00C52E41">
            <w:pPr>
              <w:spacing w:line="360" w:lineRule="auto"/>
              <w:jc w:val="both"/>
              <w:rPr>
                <w:rFonts w:ascii="Times New Roman" w:hAnsi="Times New Roman" w:cs="Times New Roman"/>
                <w:sz w:val="18"/>
                <w:lang w:val="tr-TR"/>
              </w:rPr>
            </w:pPr>
            <w:r w:rsidRPr="00462DBE">
              <w:rPr>
                <w:rFonts w:ascii="Times New Roman" w:hAnsi="Times New Roman" w:cs="Times New Roman"/>
                <w:sz w:val="18"/>
                <w:lang w:val="tr-TR"/>
              </w:rPr>
              <w:t xml:space="preserve">Evet </w:t>
            </w:r>
          </w:p>
        </w:tc>
        <w:tc>
          <w:tcPr>
            <w:tcW w:w="842" w:type="dxa"/>
          </w:tcPr>
          <w:p w14:paraId="700AAD02" w14:textId="77777777" w:rsidR="0053614A" w:rsidRPr="00462DBE" w:rsidRDefault="0053614A" w:rsidP="00C52E41">
            <w:pPr>
              <w:spacing w:line="360" w:lineRule="auto"/>
              <w:jc w:val="both"/>
              <w:rPr>
                <w:rFonts w:ascii="Times New Roman" w:hAnsi="Times New Roman" w:cs="Times New Roman"/>
                <w:sz w:val="18"/>
                <w:lang w:val="tr-TR"/>
              </w:rPr>
            </w:pPr>
            <w:r w:rsidRPr="00462DBE">
              <w:rPr>
                <w:rFonts w:ascii="Times New Roman" w:hAnsi="Times New Roman" w:cs="Times New Roman"/>
                <w:sz w:val="18"/>
                <w:lang w:val="tr-TR"/>
              </w:rPr>
              <w:t xml:space="preserve">Hayır </w:t>
            </w:r>
          </w:p>
        </w:tc>
        <w:tc>
          <w:tcPr>
            <w:tcW w:w="3268" w:type="dxa"/>
            <w:gridSpan w:val="2"/>
          </w:tcPr>
          <w:p w14:paraId="649C0BDA" w14:textId="77777777" w:rsidR="0053614A" w:rsidRPr="00462DBE" w:rsidRDefault="0053614A" w:rsidP="00C52E41">
            <w:pPr>
              <w:spacing w:line="360" w:lineRule="auto"/>
              <w:jc w:val="both"/>
              <w:rPr>
                <w:rFonts w:ascii="Times New Roman" w:hAnsi="Times New Roman" w:cs="Times New Roman"/>
                <w:sz w:val="18"/>
                <w:lang w:val="tr-TR"/>
              </w:rPr>
            </w:pPr>
          </w:p>
        </w:tc>
        <w:tc>
          <w:tcPr>
            <w:tcW w:w="905" w:type="dxa"/>
          </w:tcPr>
          <w:p w14:paraId="517F9A36" w14:textId="77777777" w:rsidR="0053614A" w:rsidRPr="00462DBE" w:rsidRDefault="0053614A" w:rsidP="00C52E41">
            <w:pPr>
              <w:spacing w:line="360" w:lineRule="auto"/>
              <w:jc w:val="both"/>
              <w:rPr>
                <w:rFonts w:ascii="Times New Roman" w:hAnsi="Times New Roman" w:cs="Times New Roman"/>
                <w:sz w:val="18"/>
                <w:lang w:val="tr-TR"/>
              </w:rPr>
            </w:pPr>
            <w:r w:rsidRPr="00462DBE">
              <w:rPr>
                <w:rFonts w:ascii="Times New Roman" w:hAnsi="Times New Roman" w:cs="Times New Roman"/>
                <w:sz w:val="18"/>
                <w:lang w:val="tr-TR"/>
              </w:rPr>
              <w:t xml:space="preserve">Evet </w:t>
            </w:r>
          </w:p>
        </w:tc>
        <w:tc>
          <w:tcPr>
            <w:tcW w:w="717" w:type="dxa"/>
          </w:tcPr>
          <w:p w14:paraId="274BF8AA" w14:textId="77777777" w:rsidR="0053614A" w:rsidRPr="00462DBE" w:rsidRDefault="0053614A" w:rsidP="00C52E41">
            <w:pPr>
              <w:spacing w:line="360" w:lineRule="auto"/>
              <w:jc w:val="both"/>
              <w:rPr>
                <w:rFonts w:ascii="Times New Roman" w:hAnsi="Times New Roman" w:cs="Times New Roman"/>
                <w:sz w:val="18"/>
                <w:lang w:val="tr-TR"/>
              </w:rPr>
            </w:pPr>
            <w:r w:rsidRPr="00462DBE">
              <w:rPr>
                <w:rFonts w:ascii="Times New Roman" w:hAnsi="Times New Roman" w:cs="Times New Roman"/>
                <w:sz w:val="18"/>
                <w:lang w:val="tr-TR"/>
              </w:rPr>
              <w:t xml:space="preserve">Hayır </w:t>
            </w:r>
          </w:p>
        </w:tc>
      </w:tr>
      <w:tr w:rsidR="0053614A" w:rsidRPr="00462DBE" w14:paraId="09E70991" w14:textId="77777777" w:rsidTr="00C52E41">
        <w:tc>
          <w:tcPr>
            <w:tcW w:w="1276" w:type="dxa"/>
          </w:tcPr>
          <w:p w14:paraId="1C7993CC"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1</w:t>
            </w:r>
          </w:p>
        </w:tc>
        <w:tc>
          <w:tcPr>
            <w:tcW w:w="1984" w:type="dxa"/>
          </w:tcPr>
          <w:p w14:paraId="7F27BE44" w14:textId="77777777" w:rsidR="0053614A" w:rsidRPr="00462DBE" w:rsidRDefault="0053614A" w:rsidP="00C52E41">
            <w:pPr>
              <w:spacing w:line="360" w:lineRule="auto"/>
              <w:jc w:val="both"/>
              <w:rPr>
                <w:rFonts w:ascii="Times New Roman" w:hAnsi="Times New Roman" w:cs="Times New Roman"/>
                <w:sz w:val="18"/>
                <w:lang w:val="tr-TR"/>
              </w:rPr>
            </w:pPr>
            <w:r w:rsidRPr="00462DBE">
              <w:rPr>
                <w:rFonts w:ascii="Times New Roman" w:hAnsi="Times New Roman" w:cs="Times New Roman"/>
                <w:sz w:val="18"/>
                <w:lang w:val="tr-TR"/>
              </w:rPr>
              <w:t xml:space="preserve">Ücret </w:t>
            </w:r>
          </w:p>
        </w:tc>
        <w:tc>
          <w:tcPr>
            <w:tcW w:w="851" w:type="dxa"/>
          </w:tcPr>
          <w:p w14:paraId="32BB29A5" w14:textId="77777777" w:rsidR="0053614A" w:rsidRPr="00462DBE" w:rsidRDefault="0053614A" w:rsidP="00C52E41">
            <w:pPr>
              <w:spacing w:line="360" w:lineRule="auto"/>
              <w:jc w:val="both"/>
              <w:rPr>
                <w:rFonts w:ascii="Times New Roman" w:hAnsi="Times New Roman" w:cs="Times New Roman"/>
                <w:sz w:val="18"/>
                <w:lang w:val="tr-TR"/>
              </w:rPr>
            </w:pPr>
          </w:p>
        </w:tc>
        <w:tc>
          <w:tcPr>
            <w:tcW w:w="842" w:type="dxa"/>
          </w:tcPr>
          <w:p w14:paraId="51396AD8" w14:textId="77777777" w:rsidR="0053614A" w:rsidRPr="00462DBE" w:rsidRDefault="0053614A" w:rsidP="00C52E41">
            <w:pPr>
              <w:spacing w:line="360" w:lineRule="auto"/>
              <w:jc w:val="both"/>
              <w:rPr>
                <w:rFonts w:ascii="Times New Roman" w:hAnsi="Times New Roman" w:cs="Times New Roman"/>
                <w:sz w:val="18"/>
                <w:lang w:val="tr-TR"/>
              </w:rPr>
            </w:pPr>
          </w:p>
        </w:tc>
        <w:tc>
          <w:tcPr>
            <w:tcW w:w="1052" w:type="dxa"/>
          </w:tcPr>
          <w:p w14:paraId="22C4BA63"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1</w:t>
            </w:r>
          </w:p>
        </w:tc>
        <w:tc>
          <w:tcPr>
            <w:tcW w:w="2216" w:type="dxa"/>
          </w:tcPr>
          <w:p w14:paraId="702F1A3D" w14:textId="77777777" w:rsidR="0053614A" w:rsidRPr="00462DBE" w:rsidRDefault="0053614A" w:rsidP="00C52E41">
            <w:pPr>
              <w:spacing w:line="360" w:lineRule="auto"/>
              <w:rPr>
                <w:rFonts w:ascii="Times New Roman" w:hAnsi="Times New Roman" w:cs="Times New Roman"/>
                <w:sz w:val="18"/>
                <w:lang w:val="tr-TR"/>
              </w:rPr>
            </w:pPr>
            <w:r w:rsidRPr="00462DBE">
              <w:rPr>
                <w:rFonts w:ascii="Times New Roman" w:hAnsi="Times New Roman" w:cs="Times New Roman"/>
                <w:sz w:val="18"/>
                <w:lang w:val="tr-TR"/>
              </w:rPr>
              <w:t>Fotoğraf</w:t>
            </w:r>
          </w:p>
        </w:tc>
        <w:tc>
          <w:tcPr>
            <w:tcW w:w="905" w:type="dxa"/>
          </w:tcPr>
          <w:p w14:paraId="5A0E91CA" w14:textId="77777777" w:rsidR="0053614A" w:rsidRPr="00462DBE" w:rsidRDefault="0053614A" w:rsidP="00C52E41">
            <w:pPr>
              <w:spacing w:line="360" w:lineRule="auto"/>
              <w:jc w:val="both"/>
              <w:rPr>
                <w:rFonts w:ascii="Times New Roman" w:hAnsi="Times New Roman" w:cs="Times New Roman"/>
                <w:sz w:val="18"/>
                <w:lang w:val="tr-TR"/>
              </w:rPr>
            </w:pPr>
          </w:p>
        </w:tc>
        <w:tc>
          <w:tcPr>
            <w:tcW w:w="717" w:type="dxa"/>
          </w:tcPr>
          <w:p w14:paraId="7BFBE758" w14:textId="77777777" w:rsidR="0053614A" w:rsidRPr="00462DBE" w:rsidRDefault="0053614A" w:rsidP="00C52E41">
            <w:pPr>
              <w:spacing w:line="360" w:lineRule="auto"/>
              <w:jc w:val="both"/>
              <w:rPr>
                <w:rFonts w:ascii="Times New Roman" w:hAnsi="Times New Roman" w:cs="Times New Roman"/>
                <w:sz w:val="18"/>
                <w:lang w:val="tr-TR"/>
              </w:rPr>
            </w:pPr>
          </w:p>
        </w:tc>
      </w:tr>
      <w:tr w:rsidR="0053614A" w:rsidRPr="00462DBE" w14:paraId="0C029D95" w14:textId="77777777" w:rsidTr="00C52E41">
        <w:tc>
          <w:tcPr>
            <w:tcW w:w="1276" w:type="dxa"/>
          </w:tcPr>
          <w:p w14:paraId="7F66B70B"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2</w:t>
            </w:r>
          </w:p>
        </w:tc>
        <w:tc>
          <w:tcPr>
            <w:tcW w:w="1984" w:type="dxa"/>
          </w:tcPr>
          <w:p w14:paraId="22892A1E" w14:textId="77777777" w:rsidR="0053614A" w:rsidRPr="00462DBE" w:rsidRDefault="0053614A" w:rsidP="00C52E41">
            <w:pPr>
              <w:spacing w:line="360" w:lineRule="auto"/>
              <w:jc w:val="both"/>
              <w:rPr>
                <w:rFonts w:ascii="Times New Roman" w:hAnsi="Times New Roman" w:cs="Times New Roman"/>
                <w:sz w:val="18"/>
                <w:lang w:val="tr-TR"/>
              </w:rPr>
            </w:pPr>
            <w:r w:rsidRPr="00462DBE">
              <w:rPr>
                <w:rFonts w:ascii="Times New Roman" w:hAnsi="Times New Roman" w:cs="Times New Roman"/>
                <w:sz w:val="18"/>
                <w:lang w:val="tr-TR"/>
              </w:rPr>
              <w:t>Sigorta</w:t>
            </w:r>
          </w:p>
        </w:tc>
        <w:tc>
          <w:tcPr>
            <w:tcW w:w="851" w:type="dxa"/>
          </w:tcPr>
          <w:p w14:paraId="032183D0" w14:textId="77777777" w:rsidR="0053614A" w:rsidRPr="00462DBE" w:rsidRDefault="0053614A" w:rsidP="00C52E41">
            <w:pPr>
              <w:spacing w:line="360" w:lineRule="auto"/>
              <w:jc w:val="both"/>
              <w:rPr>
                <w:rFonts w:ascii="Times New Roman" w:hAnsi="Times New Roman" w:cs="Times New Roman"/>
                <w:sz w:val="18"/>
                <w:lang w:val="tr-TR"/>
              </w:rPr>
            </w:pPr>
          </w:p>
        </w:tc>
        <w:tc>
          <w:tcPr>
            <w:tcW w:w="842" w:type="dxa"/>
          </w:tcPr>
          <w:p w14:paraId="37CA7DE8" w14:textId="77777777" w:rsidR="0053614A" w:rsidRPr="00462DBE" w:rsidRDefault="0053614A" w:rsidP="00C52E41">
            <w:pPr>
              <w:spacing w:line="360" w:lineRule="auto"/>
              <w:jc w:val="both"/>
              <w:rPr>
                <w:rFonts w:ascii="Times New Roman" w:hAnsi="Times New Roman" w:cs="Times New Roman"/>
                <w:sz w:val="18"/>
                <w:lang w:val="tr-TR"/>
              </w:rPr>
            </w:pPr>
          </w:p>
        </w:tc>
        <w:tc>
          <w:tcPr>
            <w:tcW w:w="1052" w:type="dxa"/>
          </w:tcPr>
          <w:p w14:paraId="6E4D01BA"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2</w:t>
            </w:r>
          </w:p>
        </w:tc>
        <w:tc>
          <w:tcPr>
            <w:tcW w:w="2216" w:type="dxa"/>
          </w:tcPr>
          <w:p w14:paraId="1B482240" w14:textId="77777777" w:rsidR="0053614A" w:rsidRPr="00462DBE" w:rsidRDefault="0053614A" w:rsidP="00C52E41">
            <w:pPr>
              <w:spacing w:line="360" w:lineRule="auto"/>
              <w:rPr>
                <w:rFonts w:ascii="Times New Roman" w:hAnsi="Times New Roman" w:cs="Times New Roman"/>
                <w:sz w:val="18"/>
                <w:lang w:val="tr-TR"/>
              </w:rPr>
            </w:pPr>
            <w:proofErr w:type="spellStart"/>
            <w:r w:rsidRPr="00462DBE">
              <w:rPr>
                <w:rFonts w:ascii="Times New Roman" w:hAnsi="Times New Roman" w:cs="Times New Roman"/>
                <w:sz w:val="18"/>
                <w:lang w:val="tr-TR"/>
              </w:rPr>
              <w:t>Nufus</w:t>
            </w:r>
            <w:proofErr w:type="spellEnd"/>
            <w:r w:rsidRPr="00462DBE">
              <w:rPr>
                <w:rFonts w:ascii="Times New Roman" w:hAnsi="Times New Roman" w:cs="Times New Roman"/>
                <w:sz w:val="18"/>
                <w:lang w:val="tr-TR"/>
              </w:rPr>
              <w:t xml:space="preserve"> Cüzdanı Sureti</w:t>
            </w:r>
          </w:p>
        </w:tc>
        <w:tc>
          <w:tcPr>
            <w:tcW w:w="905" w:type="dxa"/>
          </w:tcPr>
          <w:p w14:paraId="3956B775" w14:textId="77777777" w:rsidR="0053614A" w:rsidRPr="00462DBE" w:rsidRDefault="0053614A" w:rsidP="00C52E41">
            <w:pPr>
              <w:spacing w:line="360" w:lineRule="auto"/>
              <w:jc w:val="both"/>
              <w:rPr>
                <w:rFonts w:ascii="Times New Roman" w:hAnsi="Times New Roman" w:cs="Times New Roman"/>
                <w:sz w:val="18"/>
                <w:lang w:val="tr-TR"/>
              </w:rPr>
            </w:pPr>
          </w:p>
        </w:tc>
        <w:tc>
          <w:tcPr>
            <w:tcW w:w="717" w:type="dxa"/>
          </w:tcPr>
          <w:p w14:paraId="4EC8E4E9" w14:textId="77777777" w:rsidR="0053614A" w:rsidRPr="00462DBE" w:rsidRDefault="0053614A" w:rsidP="00C52E41">
            <w:pPr>
              <w:spacing w:line="360" w:lineRule="auto"/>
              <w:jc w:val="both"/>
              <w:rPr>
                <w:rFonts w:ascii="Times New Roman" w:hAnsi="Times New Roman" w:cs="Times New Roman"/>
                <w:sz w:val="18"/>
                <w:lang w:val="tr-TR"/>
              </w:rPr>
            </w:pPr>
          </w:p>
        </w:tc>
      </w:tr>
      <w:tr w:rsidR="0053614A" w:rsidRPr="00462DBE" w14:paraId="294390EC" w14:textId="77777777" w:rsidTr="00C52E41">
        <w:tc>
          <w:tcPr>
            <w:tcW w:w="1276" w:type="dxa"/>
          </w:tcPr>
          <w:p w14:paraId="5B6415EC"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3</w:t>
            </w:r>
          </w:p>
        </w:tc>
        <w:tc>
          <w:tcPr>
            <w:tcW w:w="1984" w:type="dxa"/>
          </w:tcPr>
          <w:p w14:paraId="29A9F2CD" w14:textId="77777777" w:rsidR="0053614A" w:rsidRPr="00462DBE" w:rsidRDefault="0053614A" w:rsidP="00C52E41">
            <w:pPr>
              <w:spacing w:line="360" w:lineRule="auto"/>
              <w:jc w:val="both"/>
              <w:rPr>
                <w:rFonts w:ascii="Times New Roman" w:hAnsi="Times New Roman" w:cs="Times New Roman"/>
                <w:sz w:val="18"/>
                <w:lang w:val="tr-TR"/>
              </w:rPr>
            </w:pPr>
            <w:r w:rsidRPr="00462DBE">
              <w:rPr>
                <w:rFonts w:ascii="Times New Roman" w:hAnsi="Times New Roman" w:cs="Times New Roman"/>
                <w:sz w:val="18"/>
                <w:lang w:val="tr-TR"/>
              </w:rPr>
              <w:t>Yemek</w:t>
            </w:r>
          </w:p>
        </w:tc>
        <w:tc>
          <w:tcPr>
            <w:tcW w:w="851" w:type="dxa"/>
          </w:tcPr>
          <w:p w14:paraId="77D463CF" w14:textId="77777777" w:rsidR="0053614A" w:rsidRPr="00462DBE" w:rsidRDefault="0053614A" w:rsidP="00C52E41">
            <w:pPr>
              <w:spacing w:line="360" w:lineRule="auto"/>
              <w:jc w:val="both"/>
              <w:rPr>
                <w:rFonts w:ascii="Times New Roman" w:hAnsi="Times New Roman" w:cs="Times New Roman"/>
                <w:sz w:val="18"/>
                <w:lang w:val="tr-TR"/>
              </w:rPr>
            </w:pPr>
          </w:p>
        </w:tc>
        <w:tc>
          <w:tcPr>
            <w:tcW w:w="842" w:type="dxa"/>
          </w:tcPr>
          <w:p w14:paraId="2A05E507" w14:textId="77777777" w:rsidR="0053614A" w:rsidRPr="00462DBE" w:rsidRDefault="0053614A" w:rsidP="00C52E41">
            <w:pPr>
              <w:spacing w:line="360" w:lineRule="auto"/>
              <w:jc w:val="both"/>
              <w:rPr>
                <w:rFonts w:ascii="Times New Roman" w:hAnsi="Times New Roman" w:cs="Times New Roman"/>
                <w:sz w:val="18"/>
                <w:lang w:val="tr-TR"/>
              </w:rPr>
            </w:pPr>
          </w:p>
        </w:tc>
        <w:tc>
          <w:tcPr>
            <w:tcW w:w="1052" w:type="dxa"/>
          </w:tcPr>
          <w:p w14:paraId="3F2FF584"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3</w:t>
            </w:r>
          </w:p>
        </w:tc>
        <w:tc>
          <w:tcPr>
            <w:tcW w:w="2216" w:type="dxa"/>
          </w:tcPr>
          <w:p w14:paraId="2DEA96BB" w14:textId="77777777" w:rsidR="0053614A" w:rsidRPr="00462DBE" w:rsidRDefault="0053614A" w:rsidP="00C52E41">
            <w:pPr>
              <w:spacing w:line="360" w:lineRule="auto"/>
              <w:rPr>
                <w:rFonts w:ascii="Times New Roman" w:hAnsi="Times New Roman" w:cs="Times New Roman"/>
                <w:sz w:val="18"/>
                <w:lang w:val="tr-TR"/>
              </w:rPr>
            </w:pPr>
            <w:proofErr w:type="gramStart"/>
            <w:r w:rsidRPr="00462DBE">
              <w:rPr>
                <w:rFonts w:ascii="Times New Roman" w:hAnsi="Times New Roman" w:cs="Times New Roman"/>
                <w:sz w:val="18"/>
                <w:lang w:val="tr-TR"/>
              </w:rPr>
              <w:t>S.S.K  Sigorta</w:t>
            </w:r>
            <w:proofErr w:type="gramEnd"/>
            <w:r w:rsidRPr="00462DBE">
              <w:rPr>
                <w:rFonts w:ascii="Times New Roman" w:hAnsi="Times New Roman" w:cs="Times New Roman"/>
                <w:sz w:val="18"/>
                <w:lang w:val="tr-TR"/>
              </w:rPr>
              <w:t xml:space="preserve"> Kartı</w:t>
            </w:r>
          </w:p>
        </w:tc>
        <w:tc>
          <w:tcPr>
            <w:tcW w:w="905" w:type="dxa"/>
          </w:tcPr>
          <w:p w14:paraId="1BA54C3E" w14:textId="77777777" w:rsidR="0053614A" w:rsidRPr="00462DBE" w:rsidRDefault="0053614A" w:rsidP="00C52E41">
            <w:pPr>
              <w:spacing w:line="360" w:lineRule="auto"/>
              <w:jc w:val="both"/>
              <w:rPr>
                <w:rFonts w:ascii="Times New Roman" w:hAnsi="Times New Roman" w:cs="Times New Roman"/>
                <w:sz w:val="18"/>
                <w:lang w:val="tr-TR"/>
              </w:rPr>
            </w:pPr>
          </w:p>
        </w:tc>
        <w:tc>
          <w:tcPr>
            <w:tcW w:w="717" w:type="dxa"/>
          </w:tcPr>
          <w:p w14:paraId="2F6AA4DD" w14:textId="77777777" w:rsidR="0053614A" w:rsidRPr="00462DBE" w:rsidRDefault="0053614A" w:rsidP="00C52E41">
            <w:pPr>
              <w:spacing w:line="360" w:lineRule="auto"/>
              <w:jc w:val="both"/>
              <w:rPr>
                <w:rFonts w:ascii="Times New Roman" w:hAnsi="Times New Roman" w:cs="Times New Roman"/>
                <w:sz w:val="18"/>
                <w:lang w:val="tr-TR"/>
              </w:rPr>
            </w:pPr>
          </w:p>
        </w:tc>
      </w:tr>
      <w:tr w:rsidR="0053614A" w:rsidRPr="00462DBE" w14:paraId="239FDEBB" w14:textId="77777777" w:rsidTr="00C52E41">
        <w:tc>
          <w:tcPr>
            <w:tcW w:w="1276" w:type="dxa"/>
          </w:tcPr>
          <w:p w14:paraId="201B7106"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4</w:t>
            </w:r>
          </w:p>
        </w:tc>
        <w:tc>
          <w:tcPr>
            <w:tcW w:w="1984" w:type="dxa"/>
          </w:tcPr>
          <w:p w14:paraId="57CBAB00" w14:textId="77777777" w:rsidR="0053614A" w:rsidRPr="00462DBE" w:rsidRDefault="0053614A" w:rsidP="00C52E41">
            <w:pPr>
              <w:spacing w:line="360" w:lineRule="auto"/>
              <w:jc w:val="both"/>
              <w:rPr>
                <w:rFonts w:ascii="Times New Roman" w:hAnsi="Times New Roman" w:cs="Times New Roman"/>
                <w:sz w:val="18"/>
                <w:lang w:val="tr-TR"/>
              </w:rPr>
            </w:pPr>
            <w:r w:rsidRPr="00462DBE">
              <w:rPr>
                <w:rFonts w:ascii="Times New Roman" w:hAnsi="Times New Roman" w:cs="Times New Roman"/>
                <w:sz w:val="18"/>
                <w:lang w:val="tr-TR"/>
              </w:rPr>
              <w:t xml:space="preserve">Servis </w:t>
            </w:r>
          </w:p>
        </w:tc>
        <w:tc>
          <w:tcPr>
            <w:tcW w:w="851" w:type="dxa"/>
          </w:tcPr>
          <w:p w14:paraId="3B6C0534" w14:textId="77777777" w:rsidR="0053614A" w:rsidRPr="00462DBE" w:rsidRDefault="0053614A" w:rsidP="00C52E41">
            <w:pPr>
              <w:spacing w:line="360" w:lineRule="auto"/>
              <w:jc w:val="both"/>
              <w:rPr>
                <w:rFonts w:ascii="Times New Roman" w:hAnsi="Times New Roman" w:cs="Times New Roman"/>
                <w:sz w:val="18"/>
                <w:lang w:val="tr-TR"/>
              </w:rPr>
            </w:pPr>
          </w:p>
        </w:tc>
        <w:tc>
          <w:tcPr>
            <w:tcW w:w="842" w:type="dxa"/>
          </w:tcPr>
          <w:p w14:paraId="3A106C70" w14:textId="77777777" w:rsidR="0053614A" w:rsidRPr="00462DBE" w:rsidRDefault="0053614A" w:rsidP="00C52E41">
            <w:pPr>
              <w:spacing w:line="360" w:lineRule="auto"/>
              <w:jc w:val="both"/>
              <w:rPr>
                <w:rFonts w:ascii="Times New Roman" w:hAnsi="Times New Roman" w:cs="Times New Roman"/>
                <w:sz w:val="18"/>
                <w:lang w:val="tr-TR"/>
              </w:rPr>
            </w:pPr>
          </w:p>
        </w:tc>
        <w:tc>
          <w:tcPr>
            <w:tcW w:w="1052" w:type="dxa"/>
          </w:tcPr>
          <w:p w14:paraId="231CE8A5"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4</w:t>
            </w:r>
          </w:p>
        </w:tc>
        <w:tc>
          <w:tcPr>
            <w:tcW w:w="2216" w:type="dxa"/>
          </w:tcPr>
          <w:p w14:paraId="2715C142" w14:textId="77777777" w:rsidR="0053614A" w:rsidRPr="00462DBE" w:rsidRDefault="0053614A" w:rsidP="00C52E41">
            <w:pPr>
              <w:spacing w:line="360" w:lineRule="auto"/>
              <w:rPr>
                <w:rFonts w:ascii="Times New Roman" w:hAnsi="Times New Roman" w:cs="Times New Roman"/>
                <w:sz w:val="18"/>
                <w:lang w:val="tr-TR"/>
              </w:rPr>
            </w:pPr>
            <w:proofErr w:type="gramStart"/>
            <w:r w:rsidRPr="00462DBE">
              <w:rPr>
                <w:rFonts w:ascii="Times New Roman" w:hAnsi="Times New Roman" w:cs="Times New Roman"/>
                <w:sz w:val="18"/>
                <w:lang w:val="tr-TR"/>
              </w:rPr>
              <w:t>İkametgah</w:t>
            </w:r>
            <w:proofErr w:type="gramEnd"/>
            <w:r w:rsidRPr="00462DBE">
              <w:rPr>
                <w:rFonts w:ascii="Times New Roman" w:hAnsi="Times New Roman" w:cs="Times New Roman"/>
                <w:sz w:val="18"/>
                <w:lang w:val="tr-TR"/>
              </w:rPr>
              <w:t xml:space="preserve"> Belgesi</w:t>
            </w:r>
          </w:p>
        </w:tc>
        <w:tc>
          <w:tcPr>
            <w:tcW w:w="905" w:type="dxa"/>
          </w:tcPr>
          <w:p w14:paraId="08A3C71D" w14:textId="77777777" w:rsidR="0053614A" w:rsidRPr="00462DBE" w:rsidRDefault="0053614A" w:rsidP="00C52E41">
            <w:pPr>
              <w:spacing w:line="360" w:lineRule="auto"/>
              <w:jc w:val="both"/>
              <w:rPr>
                <w:rFonts w:ascii="Times New Roman" w:hAnsi="Times New Roman" w:cs="Times New Roman"/>
                <w:sz w:val="18"/>
                <w:lang w:val="tr-TR"/>
              </w:rPr>
            </w:pPr>
          </w:p>
        </w:tc>
        <w:tc>
          <w:tcPr>
            <w:tcW w:w="717" w:type="dxa"/>
          </w:tcPr>
          <w:p w14:paraId="0E1A579D" w14:textId="77777777" w:rsidR="0053614A" w:rsidRPr="00462DBE" w:rsidRDefault="0053614A" w:rsidP="00C52E41">
            <w:pPr>
              <w:spacing w:line="360" w:lineRule="auto"/>
              <w:jc w:val="both"/>
              <w:rPr>
                <w:rFonts w:ascii="Times New Roman" w:hAnsi="Times New Roman" w:cs="Times New Roman"/>
                <w:sz w:val="18"/>
                <w:lang w:val="tr-TR"/>
              </w:rPr>
            </w:pPr>
          </w:p>
        </w:tc>
      </w:tr>
      <w:tr w:rsidR="0053614A" w:rsidRPr="00462DBE" w14:paraId="31B7EC52" w14:textId="77777777" w:rsidTr="00C52E41">
        <w:tc>
          <w:tcPr>
            <w:tcW w:w="1276" w:type="dxa"/>
          </w:tcPr>
          <w:p w14:paraId="4730645B"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5</w:t>
            </w:r>
          </w:p>
        </w:tc>
        <w:tc>
          <w:tcPr>
            <w:tcW w:w="1984" w:type="dxa"/>
          </w:tcPr>
          <w:p w14:paraId="2686C848" w14:textId="77777777" w:rsidR="0053614A" w:rsidRPr="00462DBE" w:rsidRDefault="0053614A" w:rsidP="00C52E41">
            <w:pPr>
              <w:spacing w:line="360" w:lineRule="auto"/>
              <w:jc w:val="both"/>
              <w:rPr>
                <w:rFonts w:ascii="Times New Roman" w:hAnsi="Times New Roman" w:cs="Times New Roman"/>
                <w:sz w:val="18"/>
                <w:lang w:val="tr-TR"/>
              </w:rPr>
            </w:pPr>
            <w:r w:rsidRPr="00462DBE">
              <w:rPr>
                <w:rFonts w:ascii="Times New Roman" w:hAnsi="Times New Roman" w:cs="Times New Roman"/>
                <w:sz w:val="18"/>
                <w:lang w:val="tr-TR"/>
              </w:rPr>
              <w:t>Diğer.......................</w:t>
            </w:r>
          </w:p>
        </w:tc>
        <w:tc>
          <w:tcPr>
            <w:tcW w:w="851" w:type="dxa"/>
          </w:tcPr>
          <w:p w14:paraId="1BBE481A" w14:textId="77777777" w:rsidR="0053614A" w:rsidRPr="00462DBE" w:rsidRDefault="0053614A" w:rsidP="00C52E41">
            <w:pPr>
              <w:spacing w:line="360" w:lineRule="auto"/>
              <w:jc w:val="both"/>
              <w:rPr>
                <w:rFonts w:ascii="Times New Roman" w:hAnsi="Times New Roman" w:cs="Times New Roman"/>
                <w:sz w:val="18"/>
                <w:lang w:val="tr-TR"/>
              </w:rPr>
            </w:pPr>
          </w:p>
        </w:tc>
        <w:tc>
          <w:tcPr>
            <w:tcW w:w="842" w:type="dxa"/>
          </w:tcPr>
          <w:p w14:paraId="6DE0CE08" w14:textId="77777777" w:rsidR="0053614A" w:rsidRPr="00462DBE" w:rsidRDefault="0053614A" w:rsidP="00C52E41">
            <w:pPr>
              <w:spacing w:line="360" w:lineRule="auto"/>
              <w:jc w:val="both"/>
              <w:rPr>
                <w:rFonts w:ascii="Times New Roman" w:hAnsi="Times New Roman" w:cs="Times New Roman"/>
                <w:sz w:val="18"/>
                <w:lang w:val="tr-TR"/>
              </w:rPr>
            </w:pPr>
          </w:p>
        </w:tc>
        <w:tc>
          <w:tcPr>
            <w:tcW w:w="1052" w:type="dxa"/>
          </w:tcPr>
          <w:p w14:paraId="644CF8C6"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5</w:t>
            </w:r>
          </w:p>
        </w:tc>
        <w:tc>
          <w:tcPr>
            <w:tcW w:w="2216" w:type="dxa"/>
          </w:tcPr>
          <w:p w14:paraId="77F0A51C" w14:textId="77777777" w:rsidR="0053614A" w:rsidRPr="00462DBE" w:rsidRDefault="0053614A" w:rsidP="00C52E41">
            <w:pPr>
              <w:spacing w:line="360" w:lineRule="auto"/>
              <w:rPr>
                <w:rFonts w:ascii="Times New Roman" w:hAnsi="Times New Roman" w:cs="Times New Roman"/>
                <w:sz w:val="18"/>
                <w:lang w:val="tr-TR"/>
              </w:rPr>
            </w:pPr>
            <w:r w:rsidRPr="00462DBE">
              <w:rPr>
                <w:rFonts w:ascii="Times New Roman" w:hAnsi="Times New Roman" w:cs="Times New Roman"/>
                <w:sz w:val="18"/>
                <w:lang w:val="tr-TR"/>
              </w:rPr>
              <w:t>Diğer.......................</w:t>
            </w:r>
          </w:p>
        </w:tc>
        <w:tc>
          <w:tcPr>
            <w:tcW w:w="905" w:type="dxa"/>
          </w:tcPr>
          <w:p w14:paraId="65FB1390" w14:textId="77777777" w:rsidR="0053614A" w:rsidRPr="00462DBE" w:rsidRDefault="0053614A" w:rsidP="00C52E41">
            <w:pPr>
              <w:spacing w:line="360" w:lineRule="auto"/>
              <w:jc w:val="both"/>
              <w:rPr>
                <w:rFonts w:ascii="Times New Roman" w:hAnsi="Times New Roman" w:cs="Times New Roman"/>
                <w:sz w:val="18"/>
                <w:lang w:val="tr-TR"/>
              </w:rPr>
            </w:pPr>
          </w:p>
        </w:tc>
        <w:tc>
          <w:tcPr>
            <w:tcW w:w="717" w:type="dxa"/>
          </w:tcPr>
          <w:p w14:paraId="6C2A66D5" w14:textId="77777777" w:rsidR="0053614A" w:rsidRPr="00462DBE" w:rsidRDefault="0053614A" w:rsidP="00C52E41">
            <w:pPr>
              <w:spacing w:line="360" w:lineRule="auto"/>
              <w:jc w:val="both"/>
              <w:rPr>
                <w:rFonts w:ascii="Times New Roman" w:hAnsi="Times New Roman" w:cs="Times New Roman"/>
                <w:sz w:val="18"/>
                <w:lang w:val="tr-TR"/>
              </w:rPr>
            </w:pPr>
          </w:p>
        </w:tc>
      </w:tr>
      <w:tr w:rsidR="0053614A" w:rsidRPr="00462DBE" w14:paraId="7C524A47" w14:textId="77777777" w:rsidTr="00C52E41">
        <w:tc>
          <w:tcPr>
            <w:tcW w:w="1276" w:type="dxa"/>
          </w:tcPr>
          <w:p w14:paraId="77F1D1B0"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6</w:t>
            </w:r>
          </w:p>
        </w:tc>
        <w:tc>
          <w:tcPr>
            <w:tcW w:w="1984" w:type="dxa"/>
          </w:tcPr>
          <w:p w14:paraId="13064D38" w14:textId="77777777" w:rsidR="0053614A" w:rsidRPr="00462DBE" w:rsidRDefault="0053614A" w:rsidP="00C52E41">
            <w:pPr>
              <w:spacing w:line="360" w:lineRule="auto"/>
              <w:jc w:val="both"/>
              <w:rPr>
                <w:rFonts w:ascii="Times New Roman" w:hAnsi="Times New Roman" w:cs="Times New Roman"/>
                <w:sz w:val="18"/>
                <w:lang w:val="tr-TR"/>
              </w:rPr>
            </w:pPr>
            <w:r w:rsidRPr="00462DBE">
              <w:rPr>
                <w:rFonts w:ascii="Times New Roman" w:hAnsi="Times New Roman" w:cs="Times New Roman"/>
                <w:sz w:val="18"/>
                <w:lang w:val="tr-TR"/>
              </w:rPr>
              <w:t>Diğer.......................</w:t>
            </w:r>
          </w:p>
        </w:tc>
        <w:tc>
          <w:tcPr>
            <w:tcW w:w="851" w:type="dxa"/>
          </w:tcPr>
          <w:p w14:paraId="73CD0F9E" w14:textId="77777777" w:rsidR="0053614A" w:rsidRPr="00462DBE" w:rsidRDefault="0053614A" w:rsidP="00C52E41">
            <w:pPr>
              <w:spacing w:line="360" w:lineRule="auto"/>
              <w:jc w:val="both"/>
              <w:rPr>
                <w:rFonts w:ascii="Times New Roman" w:hAnsi="Times New Roman" w:cs="Times New Roman"/>
                <w:sz w:val="18"/>
                <w:lang w:val="tr-TR"/>
              </w:rPr>
            </w:pPr>
          </w:p>
        </w:tc>
        <w:tc>
          <w:tcPr>
            <w:tcW w:w="842" w:type="dxa"/>
          </w:tcPr>
          <w:p w14:paraId="1CDD1C08" w14:textId="77777777" w:rsidR="0053614A" w:rsidRPr="00462DBE" w:rsidRDefault="0053614A" w:rsidP="00C52E41">
            <w:pPr>
              <w:spacing w:line="360" w:lineRule="auto"/>
              <w:jc w:val="both"/>
              <w:rPr>
                <w:rFonts w:ascii="Times New Roman" w:hAnsi="Times New Roman" w:cs="Times New Roman"/>
                <w:sz w:val="18"/>
                <w:lang w:val="tr-TR"/>
              </w:rPr>
            </w:pPr>
          </w:p>
        </w:tc>
        <w:tc>
          <w:tcPr>
            <w:tcW w:w="1052" w:type="dxa"/>
          </w:tcPr>
          <w:p w14:paraId="69892D81" w14:textId="77777777" w:rsidR="0053614A" w:rsidRPr="00462DBE" w:rsidRDefault="0053614A" w:rsidP="00C52E41">
            <w:pPr>
              <w:spacing w:line="360" w:lineRule="auto"/>
              <w:jc w:val="center"/>
              <w:rPr>
                <w:rFonts w:ascii="Times New Roman" w:hAnsi="Times New Roman" w:cs="Times New Roman"/>
                <w:sz w:val="18"/>
                <w:lang w:val="tr-TR"/>
              </w:rPr>
            </w:pPr>
            <w:r w:rsidRPr="00462DBE">
              <w:rPr>
                <w:rFonts w:ascii="Times New Roman" w:hAnsi="Times New Roman" w:cs="Times New Roman"/>
                <w:sz w:val="18"/>
                <w:lang w:val="tr-TR"/>
              </w:rPr>
              <w:t>6</w:t>
            </w:r>
          </w:p>
        </w:tc>
        <w:tc>
          <w:tcPr>
            <w:tcW w:w="2216" w:type="dxa"/>
          </w:tcPr>
          <w:p w14:paraId="4EA39C75" w14:textId="77777777" w:rsidR="0053614A" w:rsidRPr="00462DBE" w:rsidRDefault="0053614A" w:rsidP="00C52E41">
            <w:pPr>
              <w:spacing w:line="360" w:lineRule="auto"/>
              <w:rPr>
                <w:rFonts w:ascii="Times New Roman" w:hAnsi="Times New Roman" w:cs="Times New Roman"/>
                <w:sz w:val="18"/>
                <w:lang w:val="tr-TR"/>
              </w:rPr>
            </w:pPr>
            <w:r w:rsidRPr="00462DBE">
              <w:rPr>
                <w:rFonts w:ascii="Times New Roman" w:hAnsi="Times New Roman" w:cs="Times New Roman"/>
                <w:sz w:val="18"/>
                <w:lang w:val="tr-TR"/>
              </w:rPr>
              <w:t>Diğer.......................</w:t>
            </w:r>
          </w:p>
        </w:tc>
        <w:tc>
          <w:tcPr>
            <w:tcW w:w="905" w:type="dxa"/>
          </w:tcPr>
          <w:p w14:paraId="75B6123C" w14:textId="77777777" w:rsidR="0053614A" w:rsidRPr="00462DBE" w:rsidRDefault="0053614A" w:rsidP="00C52E41">
            <w:pPr>
              <w:spacing w:line="360" w:lineRule="auto"/>
              <w:jc w:val="both"/>
              <w:rPr>
                <w:rFonts w:ascii="Times New Roman" w:hAnsi="Times New Roman" w:cs="Times New Roman"/>
                <w:sz w:val="18"/>
                <w:lang w:val="tr-TR"/>
              </w:rPr>
            </w:pPr>
          </w:p>
        </w:tc>
        <w:tc>
          <w:tcPr>
            <w:tcW w:w="717" w:type="dxa"/>
          </w:tcPr>
          <w:p w14:paraId="64E690EA" w14:textId="77777777" w:rsidR="0053614A" w:rsidRPr="00462DBE" w:rsidRDefault="0053614A" w:rsidP="00C52E41">
            <w:pPr>
              <w:spacing w:line="360" w:lineRule="auto"/>
              <w:jc w:val="both"/>
              <w:rPr>
                <w:rFonts w:ascii="Times New Roman" w:hAnsi="Times New Roman" w:cs="Times New Roman"/>
                <w:sz w:val="18"/>
                <w:lang w:val="tr-TR"/>
              </w:rPr>
            </w:pPr>
          </w:p>
        </w:tc>
      </w:tr>
    </w:tbl>
    <w:p w14:paraId="09672BBC" w14:textId="20203BC5"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ab/>
        <w:t xml:space="preserve">Not: İki örnek düzenlenecek bu formun bir örnek iş yerinde kalacak, bir örneği de öğrencimiz aracılığı ile Spor Bilimleri Fakültesi Dekanlığına gönderilecektir. </w:t>
      </w:r>
    </w:p>
    <w:p w14:paraId="560573AF" w14:textId="77777777" w:rsidR="0053614A" w:rsidRPr="00462DBE" w:rsidRDefault="0053614A" w:rsidP="0053614A">
      <w:pPr>
        <w:spacing w:line="360" w:lineRule="auto"/>
        <w:jc w:val="both"/>
        <w:rPr>
          <w:rFonts w:ascii="Times New Roman" w:hAnsi="Times New Roman" w:cs="Times New Roman"/>
          <w:b/>
          <w:lang w:val="tr-TR"/>
        </w:rPr>
      </w:pPr>
      <w:r w:rsidRPr="00462DBE">
        <w:rPr>
          <w:rFonts w:ascii="Times New Roman" w:hAnsi="Times New Roman" w:cs="Times New Roman"/>
          <w:b/>
          <w:lang w:val="tr-TR"/>
        </w:rPr>
        <w:lastRenderedPageBreak/>
        <w:t xml:space="preserve">EK:4- Öğrenci Antrenörlük Deneyimi/Antrenörlük Uygulaması Dosyası </w:t>
      </w:r>
    </w:p>
    <w:p w14:paraId="2A33D6BE" w14:textId="77777777" w:rsidR="0053614A" w:rsidRPr="00462DBE" w:rsidRDefault="0053614A" w:rsidP="0053614A">
      <w:pPr>
        <w:spacing w:line="360" w:lineRule="auto"/>
        <w:jc w:val="both"/>
        <w:rPr>
          <w:rFonts w:ascii="Times New Roman" w:hAnsi="Times New Roman" w:cs="Times New Roman"/>
          <w:b/>
          <w:lang w:val="tr-TR"/>
        </w:rPr>
      </w:pPr>
    </w:p>
    <w:p w14:paraId="21C20C85" w14:textId="77777777" w:rsidR="0053614A" w:rsidRPr="00462DBE" w:rsidRDefault="0053614A" w:rsidP="0053614A">
      <w:pPr>
        <w:spacing w:line="360" w:lineRule="auto"/>
        <w:jc w:val="both"/>
        <w:rPr>
          <w:rFonts w:ascii="Times New Roman" w:hAnsi="Times New Roman" w:cs="Times New Roman"/>
          <w:b/>
          <w:lang w:val="tr-TR"/>
        </w:rPr>
      </w:pPr>
    </w:p>
    <w:p w14:paraId="2C670776" w14:textId="77777777" w:rsidR="0053614A" w:rsidRPr="00462DBE" w:rsidRDefault="0053614A" w:rsidP="0053614A">
      <w:pPr>
        <w:spacing w:line="360" w:lineRule="auto"/>
        <w:jc w:val="center"/>
        <w:rPr>
          <w:rFonts w:ascii="Times New Roman" w:hAnsi="Times New Roman" w:cs="Times New Roman"/>
          <w:b/>
          <w:lang w:val="tr-TR"/>
        </w:rPr>
      </w:pPr>
      <w:proofErr w:type="gramStart"/>
      <w:r w:rsidRPr="00462DBE">
        <w:rPr>
          <w:rFonts w:ascii="Times New Roman" w:hAnsi="Times New Roman" w:cs="Times New Roman"/>
          <w:b/>
          <w:lang w:val="tr-TR"/>
        </w:rPr>
        <w:t>….…</w:t>
      </w:r>
      <w:proofErr w:type="gramEnd"/>
      <w:r w:rsidRPr="00462DBE">
        <w:rPr>
          <w:rFonts w:ascii="Times New Roman" w:hAnsi="Times New Roman" w:cs="Times New Roman"/>
          <w:b/>
          <w:lang w:val="tr-TR"/>
        </w:rPr>
        <w:t>…</w:t>
      </w:r>
      <w:proofErr w:type="gramStart"/>
      <w:r w:rsidRPr="00462DBE">
        <w:rPr>
          <w:rFonts w:ascii="Times New Roman" w:hAnsi="Times New Roman" w:cs="Times New Roman"/>
          <w:b/>
          <w:lang w:val="tr-TR"/>
        </w:rPr>
        <w:t>…….</w:t>
      </w:r>
      <w:proofErr w:type="gramEnd"/>
      <w:r w:rsidRPr="00462DBE">
        <w:rPr>
          <w:rFonts w:ascii="Times New Roman" w:hAnsi="Times New Roman" w:cs="Times New Roman"/>
          <w:b/>
          <w:lang w:val="tr-TR"/>
        </w:rPr>
        <w:t>……</w:t>
      </w:r>
      <w:proofErr w:type="gramStart"/>
      <w:r w:rsidRPr="00462DBE">
        <w:rPr>
          <w:rFonts w:ascii="Times New Roman" w:hAnsi="Times New Roman" w:cs="Times New Roman"/>
          <w:b/>
          <w:lang w:val="tr-TR"/>
        </w:rPr>
        <w:t>…….</w:t>
      </w:r>
      <w:proofErr w:type="gramEnd"/>
      <w:r w:rsidRPr="00462DBE">
        <w:rPr>
          <w:rFonts w:ascii="Times New Roman" w:hAnsi="Times New Roman" w:cs="Times New Roman"/>
          <w:b/>
          <w:lang w:val="tr-TR"/>
        </w:rPr>
        <w:t>…SPOR KULÜBÜ</w:t>
      </w:r>
    </w:p>
    <w:p w14:paraId="0795F5BD" w14:textId="77777777" w:rsidR="0053614A" w:rsidRPr="00462DBE" w:rsidRDefault="0053614A" w:rsidP="0053614A">
      <w:pPr>
        <w:spacing w:after="0" w:line="360" w:lineRule="auto"/>
        <w:jc w:val="center"/>
        <w:rPr>
          <w:rFonts w:ascii="Times New Roman" w:hAnsi="Times New Roman" w:cs="Times New Roman"/>
          <w:b/>
          <w:lang w:val="tr-TR"/>
        </w:rPr>
      </w:pPr>
    </w:p>
    <w:p w14:paraId="1F010C29" w14:textId="77777777" w:rsidR="0053614A" w:rsidRPr="00462DBE" w:rsidRDefault="0053614A" w:rsidP="0053614A">
      <w:pPr>
        <w:spacing w:line="360" w:lineRule="auto"/>
        <w:jc w:val="both"/>
        <w:rPr>
          <w:rFonts w:ascii="Times New Roman" w:hAnsi="Times New Roman" w:cs="Times New Roman"/>
          <w:lang w:val="tr-TR"/>
        </w:rPr>
      </w:pPr>
    </w:p>
    <w:p w14:paraId="063C32BA" w14:textId="77777777" w:rsidR="0053614A" w:rsidRPr="00462DBE" w:rsidRDefault="0053614A" w:rsidP="0053614A">
      <w:pPr>
        <w:spacing w:line="360" w:lineRule="auto"/>
        <w:jc w:val="both"/>
        <w:rPr>
          <w:rFonts w:ascii="Times New Roman" w:hAnsi="Times New Roman" w:cs="Times New Roman"/>
          <w:lang w:val="tr-TR"/>
        </w:rPr>
      </w:pPr>
    </w:p>
    <w:p w14:paraId="4E72B507"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ÖĞRENCİNİN  </w:t>
      </w:r>
    </w:p>
    <w:p w14:paraId="2197B4DF"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ADI SOYADI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540294FE" w14:textId="77777777" w:rsidR="0053614A" w:rsidRPr="00462DBE" w:rsidRDefault="0053614A" w:rsidP="0053614A">
      <w:pPr>
        <w:spacing w:after="0" w:line="360" w:lineRule="auto"/>
        <w:jc w:val="both"/>
        <w:rPr>
          <w:rFonts w:ascii="Times New Roman" w:hAnsi="Times New Roman" w:cs="Times New Roman"/>
          <w:lang w:val="tr-TR"/>
        </w:rPr>
      </w:pPr>
    </w:p>
    <w:p w14:paraId="021AC725"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UZMANLIK ALANI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58567503"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SINIFI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07D3D222"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NUMARASI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643104E4"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DOĞUM YERİ VE YILI </w:t>
      </w:r>
      <w:r w:rsidRPr="00462DBE">
        <w:rPr>
          <w:rFonts w:ascii="Times New Roman" w:hAnsi="Times New Roman" w:cs="Times New Roman"/>
          <w:lang w:val="tr-TR"/>
        </w:rPr>
        <w:tab/>
        <w:t xml:space="preserve">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479594EA"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ANTRENÖRLÜK UYGULAMA   </w:t>
      </w:r>
    </w:p>
    <w:p w14:paraId="507EB909"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TARİHİ </w:t>
      </w:r>
      <w:r w:rsidRPr="00462DBE">
        <w:rPr>
          <w:rFonts w:ascii="Times New Roman" w:hAnsi="Times New Roman" w:cs="Times New Roman"/>
          <w:lang w:val="tr-TR"/>
        </w:rPr>
        <w:tab/>
      </w:r>
      <w:r w:rsidRPr="00462DBE">
        <w:rPr>
          <w:rFonts w:ascii="Times New Roman" w:hAnsi="Times New Roman" w:cs="Times New Roman"/>
          <w:lang w:val="tr-TR"/>
        </w:rPr>
        <w:tab/>
      </w:r>
      <w:proofErr w:type="gramStart"/>
      <w:r w:rsidRPr="00462DBE">
        <w:rPr>
          <w:rFonts w:ascii="Times New Roman" w:hAnsi="Times New Roman" w:cs="Times New Roman"/>
          <w:lang w:val="tr-TR"/>
        </w:rPr>
        <w:tab/>
        <w:t>: .…</w:t>
      </w:r>
      <w:proofErr w:type="gramEnd"/>
      <w:r w:rsidRPr="00462DBE">
        <w:rPr>
          <w:rFonts w:ascii="Times New Roman" w:hAnsi="Times New Roman" w:cs="Times New Roman"/>
          <w:lang w:val="tr-TR"/>
        </w:rPr>
        <w:t>.</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/20….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/20…. </w:t>
      </w:r>
    </w:p>
    <w:p w14:paraId="288D7AEB" w14:textId="77777777" w:rsidR="0053614A" w:rsidRPr="00462DBE" w:rsidRDefault="0053614A" w:rsidP="0053614A">
      <w:pPr>
        <w:spacing w:after="0" w:line="360" w:lineRule="auto"/>
        <w:jc w:val="both"/>
        <w:rPr>
          <w:rFonts w:ascii="Times New Roman" w:hAnsi="Times New Roman" w:cs="Times New Roman"/>
          <w:lang w:val="tr-TR"/>
        </w:rPr>
      </w:pPr>
    </w:p>
    <w:p w14:paraId="56B14B62" w14:textId="77777777" w:rsidR="0053614A" w:rsidRPr="00462DBE" w:rsidRDefault="0053614A" w:rsidP="0053614A">
      <w:pPr>
        <w:spacing w:line="360" w:lineRule="auto"/>
        <w:jc w:val="both"/>
        <w:rPr>
          <w:rFonts w:ascii="Times New Roman" w:hAnsi="Times New Roman" w:cs="Times New Roman"/>
          <w:b/>
          <w:lang w:val="tr-TR"/>
        </w:rPr>
      </w:pPr>
      <w:r w:rsidRPr="00462DBE">
        <w:rPr>
          <w:rFonts w:ascii="Times New Roman" w:hAnsi="Times New Roman" w:cs="Times New Roman"/>
          <w:b/>
          <w:lang w:val="tr-TR"/>
        </w:rPr>
        <w:t xml:space="preserve">ANTRENÖRLÜK UYGULAMA YERİNİN: </w:t>
      </w:r>
    </w:p>
    <w:p w14:paraId="6AA5C96A"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ADI VE ADRESİ </w:t>
      </w:r>
      <w:r w:rsidRPr="00462DBE">
        <w:rPr>
          <w:rFonts w:ascii="Times New Roman" w:hAnsi="Times New Roman" w:cs="Times New Roman"/>
          <w:lang w:val="tr-TR"/>
        </w:rPr>
        <w:tab/>
        <w:t xml:space="preserve">: ………………………………………………………………….............………… </w:t>
      </w:r>
    </w:p>
    <w:p w14:paraId="752CC70A"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w:t>
      </w:r>
    </w:p>
    <w:p w14:paraId="51DCBB2D"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Telefon Numarası</w:t>
      </w:r>
      <w:proofErr w:type="gramStart"/>
      <w:r w:rsidRPr="00462DBE">
        <w:rPr>
          <w:rFonts w:ascii="Times New Roman" w:hAnsi="Times New Roman" w:cs="Times New Roman"/>
          <w:lang w:val="tr-TR"/>
        </w:rPr>
        <w:tab/>
        <w:t>:  …</w:t>
      </w:r>
      <w:proofErr w:type="gramEnd"/>
      <w:r w:rsidRPr="00462DBE">
        <w:rPr>
          <w:rFonts w:ascii="Times New Roman" w:hAnsi="Times New Roman" w:cs="Times New Roman"/>
          <w:lang w:val="tr-TR"/>
        </w:rPr>
        <w:t>………………………………………………………….........………</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w:t>
      </w:r>
    </w:p>
    <w:p w14:paraId="1C058072" w14:textId="77777777" w:rsidR="0053614A" w:rsidRPr="00462DBE" w:rsidRDefault="0053614A" w:rsidP="0053614A">
      <w:pPr>
        <w:spacing w:after="0" w:line="360" w:lineRule="auto"/>
        <w:jc w:val="both"/>
        <w:rPr>
          <w:rFonts w:ascii="Times New Roman" w:hAnsi="Times New Roman" w:cs="Times New Roman"/>
          <w:lang w:val="tr-TR"/>
        </w:rPr>
      </w:pPr>
      <w:proofErr w:type="spellStart"/>
      <w:r w:rsidRPr="00462DBE">
        <w:rPr>
          <w:rFonts w:ascii="Times New Roman" w:hAnsi="Times New Roman" w:cs="Times New Roman"/>
          <w:lang w:val="tr-TR"/>
        </w:rPr>
        <w:t>Fax</w:t>
      </w:r>
      <w:proofErr w:type="spellEnd"/>
      <w:r w:rsidRPr="00462DBE">
        <w:rPr>
          <w:rFonts w:ascii="Times New Roman" w:hAnsi="Times New Roman" w:cs="Times New Roman"/>
          <w:lang w:val="tr-TR"/>
        </w:rPr>
        <w:t xml:space="preserve"> Numarası</w:t>
      </w:r>
      <w:r w:rsidRPr="00462DBE">
        <w:rPr>
          <w:rFonts w:ascii="Times New Roman" w:hAnsi="Times New Roman" w:cs="Times New Roman"/>
          <w:lang w:val="tr-TR"/>
        </w:rPr>
        <w:tab/>
      </w:r>
      <w:r w:rsidRPr="00462DBE">
        <w:rPr>
          <w:rFonts w:ascii="Times New Roman" w:hAnsi="Times New Roman" w:cs="Times New Roman"/>
          <w:lang w:val="tr-TR"/>
        </w:rPr>
        <w:tab/>
        <w:t>: ……………………………………………………………………..........</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w:t>
      </w:r>
    </w:p>
    <w:p w14:paraId="1A1D59C0" w14:textId="77777777" w:rsidR="0053614A" w:rsidRPr="00462DBE" w:rsidRDefault="0053614A" w:rsidP="0053614A">
      <w:pPr>
        <w:spacing w:after="0" w:line="360" w:lineRule="auto"/>
        <w:jc w:val="both"/>
        <w:rPr>
          <w:rFonts w:ascii="Times New Roman" w:hAnsi="Times New Roman" w:cs="Times New Roman"/>
          <w:lang w:val="tr-TR"/>
        </w:rPr>
      </w:pPr>
    </w:p>
    <w:p w14:paraId="7308E766" w14:textId="77777777" w:rsidR="0053614A" w:rsidRPr="00462DBE" w:rsidRDefault="0053614A" w:rsidP="0053614A">
      <w:pPr>
        <w:spacing w:after="0" w:line="360" w:lineRule="auto"/>
        <w:jc w:val="both"/>
        <w:rPr>
          <w:rFonts w:ascii="Times New Roman" w:hAnsi="Times New Roman" w:cs="Times New Roman"/>
          <w:b/>
          <w:lang w:val="tr-TR"/>
        </w:rPr>
      </w:pPr>
      <w:r w:rsidRPr="00462DBE">
        <w:rPr>
          <w:rFonts w:ascii="Times New Roman" w:hAnsi="Times New Roman" w:cs="Times New Roman"/>
          <w:b/>
          <w:lang w:val="tr-TR"/>
        </w:rPr>
        <w:t xml:space="preserve"> SORUMLU AMİRLERİN </w:t>
      </w:r>
    </w:p>
    <w:p w14:paraId="37A22D4A"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ADI VE SOYADI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63B045AD"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UNVANI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7C6DD6DC" w14:textId="77777777" w:rsidR="0053614A" w:rsidRPr="00462DBE" w:rsidRDefault="0053614A" w:rsidP="0053614A">
      <w:pPr>
        <w:spacing w:after="0" w:line="360" w:lineRule="auto"/>
        <w:jc w:val="both"/>
        <w:rPr>
          <w:rFonts w:ascii="Times New Roman" w:hAnsi="Times New Roman" w:cs="Times New Roman"/>
          <w:lang w:val="tr-TR"/>
        </w:rPr>
      </w:pPr>
    </w:p>
    <w:p w14:paraId="1CD8AE09"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ADI VE SOYADI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3F994957"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UNVANI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769F5FAD" w14:textId="77777777" w:rsidR="0053614A" w:rsidRPr="00462DBE" w:rsidRDefault="0053614A" w:rsidP="0053614A">
      <w:pPr>
        <w:spacing w:after="0" w:line="360" w:lineRule="auto"/>
        <w:jc w:val="both"/>
        <w:rPr>
          <w:rFonts w:ascii="Times New Roman" w:hAnsi="Times New Roman" w:cs="Times New Roman"/>
          <w:lang w:val="tr-TR"/>
        </w:rPr>
      </w:pPr>
    </w:p>
    <w:p w14:paraId="5B265E37" w14:textId="77777777" w:rsidR="0053614A" w:rsidRPr="00462DBE" w:rsidRDefault="0053614A" w:rsidP="0053614A">
      <w:pPr>
        <w:spacing w:after="0" w:line="360" w:lineRule="auto"/>
        <w:jc w:val="both"/>
        <w:rPr>
          <w:rFonts w:ascii="Times New Roman" w:hAnsi="Times New Roman" w:cs="Times New Roman"/>
          <w:lang w:val="tr-TR"/>
        </w:rPr>
      </w:pP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Sayfa ve eklerden oluşan bu Antrenörlük Deneyimi/ </w:t>
      </w:r>
      <w:r w:rsidRPr="00462DBE">
        <w:rPr>
          <w:rFonts w:ascii="Times New Roman" w:hAnsi="Times New Roman" w:cs="Times New Roman"/>
          <w:b/>
          <w:lang w:val="tr-TR"/>
        </w:rPr>
        <w:t>Antrenörlük Uygulama Dosyası</w:t>
      </w:r>
      <w:r w:rsidRPr="00462DBE">
        <w:rPr>
          <w:rFonts w:ascii="Times New Roman" w:hAnsi="Times New Roman" w:cs="Times New Roman"/>
          <w:lang w:val="tr-TR"/>
        </w:rPr>
        <w:t xml:space="preserve"> öğrenciniz tarafından iş yerimizdeki çalışma süresi içinde hazırlanmıştır.  </w:t>
      </w:r>
    </w:p>
    <w:p w14:paraId="79826D7C" w14:textId="77777777" w:rsidR="0053614A" w:rsidRPr="00462DBE" w:rsidRDefault="0053614A" w:rsidP="0053614A">
      <w:pPr>
        <w:spacing w:line="360" w:lineRule="auto"/>
        <w:jc w:val="both"/>
        <w:rPr>
          <w:rFonts w:ascii="Times New Roman" w:hAnsi="Times New Roman" w:cs="Times New Roman"/>
          <w:lang w:val="tr-TR"/>
        </w:rPr>
      </w:pPr>
    </w:p>
    <w:p w14:paraId="1BAF1AB2" w14:textId="77777777" w:rsidR="0053614A" w:rsidRPr="00462DBE" w:rsidRDefault="0053614A" w:rsidP="0053614A">
      <w:pPr>
        <w:spacing w:line="360" w:lineRule="auto"/>
        <w:jc w:val="both"/>
        <w:rPr>
          <w:rFonts w:ascii="Times New Roman" w:hAnsi="Times New Roman" w:cs="Times New Roman"/>
          <w:b/>
          <w:lang w:val="tr-TR"/>
        </w:rPr>
      </w:pPr>
      <w:r w:rsidRPr="00462DBE">
        <w:rPr>
          <w:rFonts w:ascii="Times New Roman" w:hAnsi="Times New Roman" w:cs="Times New Roman"/>
          <w:b/>
          <w:lang w:val="tr-TR"/>
        </w:rPr>
        <w:lastRenderedPageBreak/>
        <w:t>EK:5-Antrenörlük Deneyimi/Antrenörlük Uygulaması Öğrenci Devam Çizelgesi</w:t>
      </w:r>
    </w:p>
    <w:p w14:paraId="279FE0AD" w14:textId="77777777" w:rsidR="0053614A" w:rsidRPr="00462DBE" w:rsidRDefault="0053614A" w:rsidP="0053614A">
      <w:pPr>
        <w:spacing w:line="360" w:lineRule="auto"/>
        <w:jc w:val="both"/>
        <w:rPr>
          <w:rFonts w:ascii="Times New Roman" w:hAnsi="Times New Roman" w:cs="Times New Roman"/>
          <w:b/>
          <w:lang w:val="tr-TR"/>
        </w:rPr>
      </w:pPr>
    </w:p>
    <w:p w14:paraId="3B7B27A9"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T.C.</w:t>
      </w:r>
    </w:p>
    <w:p w14:paraId="7EAD5DED"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TRABZON ÜNİVERSİTESİ</w:t>
      </w:r>
    </w:p>
    <w:p w14:paraId="5BF93DA3"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SPOR BİLİMLERİ FAKÜLTESİ DEKANLIĞI</w:t>
      </w:r>
    </w:p>
    <w:p w14:paraId="03BE8FAD"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ANTRENÖRLÜK EĞİTİMİ BÖLÜM BAŞKANLIĞI</w:t>
      </w:r>
    </w:p>
    <w:p w14:paraId="409AA42F" w14:textId="77777777" w:rsidR="0053614A" w:rsidRPr="00462DBE" w:rsidRDefault="0053614A" w:rsidP="0053614A">
      <w:pPr>
        <w:spacing w:line="240" w:lineRule="auto"/>
        <w:jc w:val="both"/>
        <w:rPr>
          <w:rFonts w:ascii="Times New Roman" w:hAnsi="Times New Roman" w:cs="Times New Roman"/>
          <w:lang w:val="tr-TR"/>
        </w:rPr>
      </w:pPr>
      <w:r w:rsidRPr="00462DBE">
        <w:rPr>
          <w:rFonts w:ascii="Times New Roman" w:hAnsi="Times New Roman" w:cs="Times New Roman"/>
          <w:lang w:val="tr-TR"/>
        </w:rPr>
        <w:t xml:space="preserve">ÖĞRENCİNİN </w:t>
      </w:r>
    </w:p>
    <w:p w14:paraId="07996BBB" w14:textId="77777777" w:rsidR="0053614A" w:rsidRPr="00462DBE" w:rsidRDefault="0053614A" w:rsidP="0053614A">
      <w:pPr>
        <w:spacing w:line="240" w:lineRule="auto"/>
        <w:jc w:val="both"/>
        <w:rPr>
          <w:rFonts w:ascii="Times New Roman" w:hAnsi="Times New Roman" w:cs="Times New Roman"/>
          <w:lang w:val="tr-TR"/>
        </w:rPr>
      </w:pPr>
      <w:r w:rsidRPr="00462DBE">
        <w:rPr>
          <w:rFonts w:ascii="Times New Roman" w:hAnsi="Times New Roman" w:cs="Times New Roman"/>
          <w:lang w:val="tr-TR"/>
        </w:rPr>
        <w:t>ADI SOYADI</w:t>
      </w:r>
      <w:r w:rsidRPr="00462DBE">
        <w:rPr>
          <w:rFonts w:ascii="Times New Roman" w:hAnsi="Times New Roman" w:cs="Times New Roman"/>
          <w:lang w:val="tr-TR"/>
        </w:rPr>
        <w:tab/>
      </w:r>
      <w:proofErr w:type="gramStart"/>
      <w:r w:rsidRPr="00462DBE">
        <w:rPr>
          <w:rFonts w:ascii="Times New Roman" w:hAnsi="Times New Roman" w:cs="Times New Roman"/>
          <w:lang w:val="tr-TR"/>
        </w:rPr>
        <w:tab/>
        <w:t>:…</w:t>
      </w:r>
      <w:proofErr w:type="gramEnd"/>
      <w:r w:rsidRPr="00462DBE">
        <w:rPr>
          <w:rFonts w:ascii="Times New Roman" w:hAnsi="Times New Roman" w:cs="Times New Roman"/>
          <w:lang w:val="tr-TR"/>
        </w:rPr>
        <w:t>…………………………………………</w:t>
      </w:r>
    </w:p>
    <w:p w14:paraId="23C69171" w14:textId="77777777" w:rsidR="0053614A" w:rsidRPr="00462DBE" w:rsidRDefault="0053614A" w:rsidP="0053614A">
      <w:pPr>
        <w:spacing w:line="240" w:lineRule="auto"/>
        <w:jc w:val="both"/>
        <w:rPr>
          <w:rFonts w:ascii="Times New Roman" w:hAnsi="Times New Roman" w:cs="Times New Roman"/>
          <w:color w:val="000000" w:themeColor="text1"/>
          <w:lang w:val="tr-TR"/>
        </w:rPr>
      </w:pPr>
      <w:r w:rsidRPr="00462DBE">
        <w:rPr>
          <w:rFonts w:ascii="Times New Roman" w:hAnsi="Times New Roman" w:cs="Times New Roman"/>
          <w:color w:val="000000" w:themeColor="text1"/>
          <w:lang w:val="tr-TR"/>
        </w:rPr>
        <w:t>UZMANLIK</w:t>
      </w:r>
      <w:r w:rsidRPr="00462DBE">
        <w:rPr>
          <w:rFonts w:ascii="Times New Roman" w:hAnsi="Times New Roman" w:cs="Times New Roman"/>
          <w:color w:val="000000" w:themeColor="text1"/>
          <w:lang w:val="tr-TR"/>
        </w:rPr>
        <w:tab/>
      </w:r>
      <w:proofErr w:type="gramStart"/>
      <w:r w:rsidRPr="00462DBE">
        <w:rPr>
          <w:rFonts w:ascii="Times New Roman" w:hAnsi="Times New Roman" w:cs="Times New Roman"/>
          <w:color w:val="000000" w:themeColor="text1"/>
          <w:lang w:val="tr-TR"/>
        </w:rPr>
        <w:tab/>
        <w:t>:…</w:t>
      </w:r>
      <w:proofErr w:type="gramEnd"/>
      <w:r w:rsidRPr="00462DBE">
        <w:rPr>
          <w:rFonts w:ascii="Times New Roman" w:hAnsi="Times New Roman" w:cs="Times New Roman"/>
          <w:color w:val="000000" w:themeColor="text1"/>
          <w:lang w:val="tr-TR"/>
        </w:rPr>
        <w:t>…………………………………………</w:t>
      </w:r>
    </w:p>
    <w:p w14:paraId="13C671D9" w14:textId="77777777" w:rsidR="0053614A" w:rsidRPr="00462DBE" w:rsidRDefault="0053614A" w:rsidP="0053614A">
      <w:pPr>
        <w:spacing w:line="240" w:lineRule="auto"/>
        <w:jc w:val="both"/>
        <w:rPr>
          <w:rFonts w:ascii="Times New Roman" w:hAnsi="Times New Roman" w:cs="Times New Roman"/>
          <w:color w:val="000000" w:themeColor="text1"/>
          <w:lang w:val="tr-TR"/>
        </w:rPr>
      </w:pPr>
      <w:r w:rsidRPr="00462DBE">
        <w:rPr>
          <w:rFonts w:ascii="Times New Roman" w:hAnsi="Times New Roman" w:cs="Times New Roman"/>
          <w:color w:val="000000" w:themeColor="text1"/>
          <w:lang w:val="tr-TR"/>
        </w:rPr>
        <w:t>SINIFI</w:t>
      </w:r>
      <w:r w:rsidRPr="00462DBE">
        <w:rPr>
          <w:rFonts w:ascii="Times New Roman" w:hAnsi="Times New Roman" w:cs="Times New Roman"/>
          <w:color w:val="000000" w:themeColor="text1"/>
          <w:lang w:val="tr-TR"/>
        </w:rPr>
        <w:tab/>
      </w:r>
      <w:r w:rsidRPr="00462DBE">
        <w:rPr>
          <w:rFonts w:ascii="Times New Roman" w:hAnsi="Times New Roman" w:cs="Times New Roman"/>
          <w:color w:val="000000" w:themeColor="text1"/>
          <w:lang w:val="tr-TR"/>
        </w:rPr>
        <w:tab/>
      </w:r>
      <w:proofErr w:type="gramStart"/>
      <w:r w:rsidRPr="00462DBE">
        <w:rPr>
          <w:rFonts w:ascii="Times New Roman" w:hAnsi="Times New Roman" w:cs="Times New Roman"/>
          <w:color w:val="000000" w:themeColor="text1"/>
          <w:lang w:val="tr-TR"/>
        </w:rPr>
        <w:tab/>
        <w:t>:.......</w:t>
      </w:r>
      <w:proofErr w:type="gramEnd"/>
      <w:r w:rsidRPr="00462DBE">
        <w:rPr>
          <w:rFonts w:ascii="Times New Roman" w:hAnsi="Times New Roman" w:cs="Times New Roman"/>
          <w:color w:val="000000" w:themeColor="text1"/>
          <w:lang w:val="tr-TR"/>
        </w:rPr>
        <w:t xml:space="preserve">………………………………………. </w:t>
      </w:r>
    </w:p>
    <w:p w14:paraId="3F0A447C" w14:textId="77777777" w:rsidR="0053614A" w:rsidRPr="00462DBE" w:rsidRDefault="0053614A" w:rsidP="0053614A">
      <w:pPr>
        <w:spacing w:line="240" w:lineRule="auto"/>
        <w:jc w:val="both"/>
        <w:rPr>
          <w:rFonts w:ascii="Times New Roman" w:hAnsi="Times New Roman" w:cs="Times New Roman"/>
          <w:lang w:val="tr-TR"/>
        </w:rPr>
      </w:pPr>
      <w:r w:rsidRPr="00462DBE">
        <w:rPr>
          <w:rFonts w:ascii="Times New Roman" w:hAnsi="Times New Roman" w:cs="Times New Roman"/>
          <w:lang w:val="tr-TR"/>
        </w:rPr>
        <w:t xml:space="preserve">NUMARASI </w:t>
      </w:r>
      <w:r w:rsidRPr="00462DBE">
        <w:rPr>
          <w:rFonts w:ascii="Times New Roman" w:hAnsi="Times New Roman" w:cs="Times New Roman"/>
          <w:lang w:val="tr-TR"/>
        </w:rPr>
        <w:tab/>
      </w:r>
      <w:proofErr w:type="gramStart"/>
      <w:r w:rsidRPr="00462DBE">
        <w:rPr>
          <w:rFonts w:ascii="Times New Roman" w:hAnsi="Times New Roman" w:cs="Times New Roman"/>
          <w:lang w:val="tr-TR"/>
        </w:rPr>
        <w:tab/>
      </w:r>
      <w:r w:rsidRPr="00462DBE">
        <w:rPr>
          <w:rFonts w:ascii="Times New Roman" w:hAnsi="Times New Roman" w:cs="Times New Roman"/>
          <w:color w:val="000000" w:themeColor="text1"/>
          <w:lang w:val="tr-TR"/>
        </w:rPr>
        <w:t>:</w:t>
      </w:r>
      <w:r w:rsidRPr="00462DBE">
        <w:rPr>
          <w:rFonts w:ascii="Times New Roman" w:hAnsi="Times New Roman" w:cs="Times New Roman"/>
          <w:lang w:val="tr-TR"/>
        </w:rPr>
        <w:t>…</w:t>
      </w:r>
      <w:proofErr w:type="gramEnd"/>
      <w:r w:rsidRPr="00462DBE">
        <w:rPr>
          <w:rFonts w:ascii="Times New Roman" w:hAnsi="Times New Roman" w:cs="Times New Roman"/>
          <w:lang w:val="tr-TR"/>
        </w:rPr>
        <w:t>…………………………………………</w:t>
      </w:r>
    </w:p>
    <w:p w14:paraId="07F21ACC" w14:textId="77777777" w:rsidR="0053614A" w:rsidRPr="00462DBE" w:rsidRDefault="0053614A" w:rsidP="0053614A">
      <w:pPr>
        <w:spacing w:line="360" w:lineRule="auto"/>
        <w:jc w:val="center"/>
        <w:rPr>
          <w:rFonts w:ascii="Times New Roman" w:hAnsi="Times New Roman" w:cs="Times New Roman"/>
          <w:lang w:val="tr-TR"/>
        </w:rPr>
      </w:pPr>
      <w:proofErr w:type="gramStart"/>
      <w:r w:rsidRPr="00462DBE">
        <w:rPr>
          <w:rFonts w:ascii="Times New Roman" w:hAnsi="Times New Roman" w:cs="Times New Roman"/>
          <w:lang w:val="tr-TR"/>
        </w:rPr>
        <w:t>20….</w:t>
      </w:r>
      <w:proofErr w:type="gramEnd"/>
      <w:r w:rsidRPr="00462DBE">
        <w:rPr>
          <w:rFonts w:ascii="Times New Roman" w:hAnsi="Times New Roman" w:cs="Times New Roman"/>
          <w:lang w:val="tr-TR"/>
        </w:rPr>
        <w:t xml:space="preserve">/20…. EĞİTİM-ÖĞRETİM YILI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/20….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/20…. TARİHLERİ ARASI</w:t>
      </w:r>
    </w:p>
    <w:tbl>
      <w:tblPr>
        <w:tblStyle w:val="TableGrid"/>
        <w:tblW w:w="0" w:type="auto"/>
        <w:tblLook w:val="04A0" w:firstRow="1" w:lastRow="0" w:firstColumn="1" w:lastColumn="0" w:noHBand="0" w:noVBand="1"/>
      </w:tblPr>
      <w:tblGrid>
        <w:gridCol w:w="2121"/>
        <w:gridCol w:w="2121"/>
        <w:gridCol w:w="2121"/>
        <w:gridCol w:w="2121"/>
        <w:gridCol w:w="2122"/>
      </w:tblGrid>
      <w:tr w:rsidR="0053614A" w:rsidRPr="00462DBE" w14:paraId="494B1FEF" w14:textId="77777777" w:rsidTr="00C52E41">
        <w:tc>
          <w:tcPr>
            <w:tcW w:w="2121" w:type="dxa"/>
          </w:tcPr>
          <w:p w14:paraId="6DFABE1A" w14:textId="77777777" w:rsidR="0053614A" w:rsidRPr="00462DBE" w:rsidRDefault="0053614A" w:rsidP="00C52E41">
            <w:pPr>
              <w:spacing w:line="360" w:lineRule="auto"/>
              <w:jc w:val="center"/>
              <w:rPr>
                <w:rFonts w:ascii="Times New Roman" w:hAnsi="Times New Roman" w:cs="Times New Roman"/>
                <w:b/>
                <w:lang w:val="tr-TR"/>
              </w:rPr>
            </w:pPr>
          </w:p>
        </w:tc>
        <w:tc>
          <w:tcPr>
            <w:tcW w:w="2121" w:type="dxa"/>
          </w:tcPr>
          <w:p w14:paraId="475BDBEA" w14:textId="77777777" w:rsidR="0053614A" w:rsidRPr="00462DBE" w:rsidRDefault="0053614A" w:rsidP="00C52E41">
            <w:pPr>
              <w:spacing w:line="360" w:lineRule="auto"/>
              <w:jc w:val="center"/>
              <w:rPr>
                <w:rFonts w:ascii="Times New Roman" w:hAnsi="Times New Roman" w:cs="Times New Roman"/>
                <w:b/>
                <w:lang w:val="tr-TR"/>
              </w:rPr>
            </w:pPr>
            <w:r w:rsidRPr="00462DBE">
              <w:rPr>
                <w:rFonts w:ascii="Times New Roman" w:hAnsi="Times New Roman" w:cs="Times New Roman"/>
                <w:b/>
                <w:lang w:val="tr-TR"/>
              </w:rPr>
              <w:t>TARİH</w:t>
            </w:r>
          </w:p>
        </w:tc>
        <w:tc>
          <w:tcPr>
            <w:tcW w:w="2121" w:type="dxa"/>
          </w:tcPr>
          <w:p w14:paraId="2A106C36" w14:textId="77777777" w:rsidR="0053614A" w:rsidRPr="00462DBE" w:rsidRDefault="0053614A" w:rsidP="00C52E41">
            <w:pPr>
              <w:spacing w:line="360" w:lineRule="auto"/>
              <w:jc w:val="center"/>
              <w:rPr>
                <w:rFonts w:ascii="Times New Roman" w:hAnsi="Times New Roman" w:cs="Times New Roman"/>
                <w:b/>
                <w:lang w:val="tr-TR"/>
              </w:rPr>
            </w:pPr>
            <w:r w:rsidRPr="00462DBE">
              <w:rPr>
                <w:rFonts w:ascii="Times New Roman" w:hAnsi="Times New Roman" w:cs="Times New Roman"/>
                <w:b/>
                <w:lang w:val="tr-TR"/>
              </w:rPr>
              <w:t>SABAH</w:t>
            </w:r>
          </w:p>
        </w:tc>
        <w:tc>
          <w:tcPr>
            <w:tcW w:w="2121" w:type="dxa"/>
          </w:tcPr>
          <w:p w14:paraId="5314230A" w14:textId="77777777" w:rsidR="0053614A" w:rsidRPr="00462DBE" w:rsidRDefault="0053614A" w:rsidP="00C52E41">
            <w:pPr>
              <w:spacing w:line="360" w:lineRule="auto"/>
              <w:jc w:val="center"/>
              <w:rPr>
                <w:rFonts w:ascii="Times New Roman" w:hAnsi="Times New Roman" w:cs="Times New Roman"/>
                <w:b/>
                <w:lang w:val="tr-TR"/>
              </w:rPr>
            </w:pPr>
            <w:r w:rsidRPr="00462DBE">
              <w:rPr>
                <w:rFonts w:ascii="Times New Roman" w:hAnsi="Times New Roman" w:cs="Times New Roman"/>
                <w:b/>
                <w:lang w:val="tr-TR"/>
              </w:rPr>
              <w:t>AKŞAM</w:t>
            </w:r>
          </w:p>
        </w:tc>
        <w:tc>
          <w:tcPr>
            <w:tcW w:w="2122" w:type="dxa"/>
          </w:tcPr>
          <w:p w14:paraId="46912527" w14:textId="77777777" w:rsidR="0053614A" w:rsidRPr="00462DBE" w:rsidRDefault="0053614A" w:rsidP="00C52E41">
            <w:pPr>
              <w:spacing w:line="360" w:lineRule="auto"/>
              <w:jc w:val="center"/>
              <w:rPr>
                <w:rFonts w:ascii="Times New Roman" w:hAnsi="Times New Roman" w:cs="Times New Roman"/>
                <w:b/>
                <w:lang w:val="tr-TR"/>
              </w:rPr>
            </w:pPr>
            <w:r w:rsidRPr="00462DBE">
              <w:rPr>
                <w:rFonts w:ascii="Times New Roman" w:hAnsi="Times New Roman" w:cs="Times New Roman"/>
                <w:b/>
                <w:lang w:val="tr-TR"/>
              </w:rPr>
              <w:t>ONAY</w:t>
            </w:r>
          </w:p>
        </w:tc>
      </w:tr>
      <w:tr w:rsidR="0053614A" w:rsidRPr="00462DBE" w14:paraId="72524D1B" w14:textId="77777777" w:rsidTr="00C52E41">
        <w:tc>
          <w:tcPr>
            <w:tcW w:w="2121" w:type="dxa"/>
          </w:tcPr>
          <w:p w14:paraId="6214FAB3"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1</w:t>
            </w:r>
          </w:p>
        </w:tc>
        <w:tc>
          <w:tcPr>
            <w:tcW w:w="2121" w:type="dxa"/>
          </w:tcPr>
          <w:p w14:paraId="59E28DED"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636BA253"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333F3334"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1A9C1EB2"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0CB7C780" w14:textId="77777777" w:rsidTr="00C52E41">
        <w:tc>
          <w:tcPr>
            <w:tcW w:w="2121" w:type="dxa"/>
          </w:tcPr>
          <w:p w14:paraId="5A64F8B9"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2</w:t>
            </w:r>
          </w:p>
        </w:tc>
        <w:tc>
          <w:tcPr>
            <w:tcW w:w="2121" w:type="dxa"/>
          </w:tcPr>
          <w:p w14:paraId="6EA6AB0B"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0AFCBD09"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1CECB54C"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3FF3F2D6"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7E912007" w14:textId="77777777" w:rsidTr="00C52E41">
        <w:tc>
          <w:tcPr>
            <w:tcW w:w="2121" w:type="dxa"/>
          </w:tcPr>
          <w:p w14:paraId="016D1F1E"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3</w:t>
            </w:r>
          </w:p>
        </w:tc>
        <w:tc>
          <w:tcPr>
            <w:tcW w:w="2121" w:type="dxa"/>
          </w:tcPr>
          <w:p w14:paraId="524F7C6B"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4E64E964"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105A8270"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7B4AC5BF"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57A56C39" w14:textId="77777777" w:rsidTr="00C52E41">
        <w:tc>
          <w:tcPr>
            <w:tcW w:w="2121" w:type="dxa"/>
          </w:tcPr>
          <w:p w14:paraId="20869F1C"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4</w:t>
            </w:r>
          </w:p>
        </w:tc>
        <w:tc>
          <w:tcPr>
            <w:tcW w:w="2121" w:type="dxa"/>
          </w:tcPr>
          <w:p w14:paraId="6792C4AB"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048FC99D"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1B363852"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0A1B62AE"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54437C3A" w14:textId="77777777" w:rsidTr="00C52E41">
        <w:tc>
          <w:tcPr>
            <w:tcW w:w="2121" w:type="dxa"/>
          </w:tcPr>
          <w:p w14:paraId="0035BDB3"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5</w:t>
            </w:r>
          </w:p>
        </w:tc>
        <w:tc>
          <w:tcPr>
            <w:tcW w:w="2121" w:type="dxa"/>
          </w:tcPr>
          <w:p w14:paraId="28BB1A3A"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2CE9DE44"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2300AB99"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6BC3DEB3"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3C351818" w14:textId="77777777" w:rsidTr="00C52E41">
        <w:tc>
          <w:tcPr>
            <w:tcW w:w="2121" w:type="dxa"/>
          </w:tcPr>
          <w:p w14:paraId="3C019902"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6</w:t>
            </w:r>
          </w:p>
        </w:tc>
        <w:tc>
          <w:tcPr>
            <w:tcW w:w="2121" w:type="dxa"/>
          </w:tcPr>
          <w:p w14:paraId="2457B6B2"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5408A3C1"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6A7EFBD3"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248FD041"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1CB842EA" w14:textId="77777777" w:rsidTr="00C52E41">
        <w:tc>
          <w:tcPr>
            <w:tcW w:w="2121" w:type="dxa"/>
          </w:tcPr>
          <w:p w14:paraId="5BEA1953"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7</w:t>
            </w:r>
          </w:p>
        </w:tc>
        <w:tc>
          <w:tcPr>
            <w:tcW w:w="2121" w:type="dxa"/>
          </w:tcPr>
          <w:p w14:paraId="3EDA5F5E"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5A89674C"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644CB9C1"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6E7F1793"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29301820" w14:textId="77777777" w:rsidTr="00C52E41">
        <w:tc>
          <w:tcPr>
            <w:tcW w:w="2121" w:type="dxa"/>
          </w:tcPr>
          <w:p w14:paraId="63EBBCAF"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8</w:t>
            </w:r>
          </w:p>
        </w:tc>
        <w:tc>
          <w:tcPr>
            <w:tcW w:w="2121" w:type="dxa"/>
          </w:tcPr>
          <w:p w14:paraId="65B26FD2"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0978BADC"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77A54F27"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1BDA8514"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544FEFD0" w14:textId="77777777" w:rsidTr="00C52E41">
        <w:tc>
          <w:tcPr>
            <w:tcW w:w="2121" w:type="dxa"/>
          </w:tcPr>
          <w:p w14:paraId="351A3E85"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9</w:t>
            </w:r>
          </w:p>
        </w:tc>
        <w:tc>
          <w:tcPr>
            <w:tcW w:w="2121" w:type="dxa"/>
          </w:tcPr>
          <w:p w14:paraId="4ADD4550"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25B8F577"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43ADA32F"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775A0A74"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59138D6C" w14:textId="77777777" w:rsidTr="00C52E41">
        <w:tc>
          <w:tcPr>
            <w:tcW w:w="2121" w:type="dxa"/>
          </w:tcPr>
          <w:p w14:paraId="19AFD927"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10</w:t>
            </w:r>
          </w:p>
        </w:tc>
        <w:tc>
          <w:tcPr>
            <w:tcW w:w="2121" w:type="dxa"/>
          </w:tcPr>
          <w:p w14:paraId="0A2A77CD"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1A42A3A7"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098D0FA5"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039DD57B"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67B3FC68" w14:textId="77777777" w:rsidTr="00C52E41">
        <w:tc>
          <w:tcPr>
            <w:tcW w:w="2121" w:type="dxa"/>
          </w:tcPr>
          <w:p w14:paraId="5E255BD9"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11</w:t>
            </w:r>
          </w:p>
        </w:tc>
        <w:tc>
          <w:tcPr>
            <w:tcW w:w="2121" w:type="dxa"/>
          </w:tcPr>
          <w:p w14:paraId="5A417816"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1CA8BF2F"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10BB23BA"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76564C24"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5794DE3C" w14:textId="77777777" w:rsidTr="00C52E41">
        <w:tc>
          <w:tcPr>
            <w:tcW w:w="2121" w:type="dxa"/>
          </w:tcPr>
          <w:p w14:paraId="7EE7213B"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12</w:t>
            </w:r>
          </w:p>
        </w:tc>
        <w:tc>
          <w:tcPr>
            <w:tcW w:w="2121" w:type="dxa"/>
          </w:tcPr>
          <w:p w14:paraId="03F2D384"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15A924D4"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14F6A37F"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54EB07BE"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784B7BE5" w14:textId="77777777" w:rsidTr="00C52E41">
        <w:tc>
          <w:tcPr>
            <w:tcW w:w="2121" w:type="dxa"/>
          </w:tcPr>
          <w:p w14:paraId="051E9850"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13</w:t>
            </w:r>
          </w:p>
        </w:tc>
        <w:tc>
          <w:tcPr>
            <w:tcW w:w="2121" w:type="dxa"/>
          </w:tcPr>
          <w:p w14:paraId="01C5F9DA"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230EC9EF"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09658FF9"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18510C24" w14:textId="77777777" w:rsidR="0053614A" w:rsidRPr="00462DBE" w:rsidRDefault="0053614A" w:rsidP="00C52E41">
            <w:pPr>
              <w:spacing w:line="360" w:lineRule="auto"/>
              <w:jc w:val="center"/>
              <w:rPr>
                <w:rFonts w:ascii="Times New Roman" w:hAnsi="Times New Roman" w:cs="Times New Roman"/>
                <w:lang w:val="tr-TR"/>
              </w:rPr>
            </w:pPr>
          </w:p>
        </w:tc>
      </w:tr>
      <w:tr w:rsidR="0053614A" w:rsidRPr="00462DBE" w14:paraId="5DC6EBCA" w14:textId="77777777" w:rsidTr="00C52E41">
        <w:tc>
          <w:tcPr>
            <w:tcW w:w="2121" w:type="dxa"/>
          </w:tcPr>
          <w:p w14:paraId="02DCF097"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14</w:t>
            </w:r>
          </w:p>
        </w:tc>
        <w:tc>
          <w:tcPr>
            <w:tcW w:w="2121" w:type="dxa"/>
          </w:tcPr>
          <w:p w14:paraId="71066FA6"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1EF62640" w14:textId="77777777" w:rsidR="0053614A" w:rsidRPr="00462DBE" w:rsidRDefault="0053614A" w:rsidP="00C52E41">
            <w:pPr>
              <w:spacing w:line="360" w:lineRule="auto"/>
              <w:jc w:val="center"/>
              <w:rPr>
                <w:rFonts w:ascii="Times New Roman" w:hAnsi="Times New Roman" w:cs="Times New Roman"/>
                <w:lang w:val="tr-TR"/>
              </w:rPr>
            </w:pPr>
          </w:p>
        </w:tc>
        <w:tc>
          <w:tcPr>
            <w:tcW w:w="2121" w:type="dxa"/>
          </w:tcPr>
          <w:p w14:paraId="642621B7" w14:textId="77777777" w:rsidR="0053614A" w:rsidRPr="00462DBE" w:rsidRDefault="0053614A" w:rsidP="00C52E41">
            <w:pPr>
              <w:spacing w:line="360" w:lineRule="auto"/>
              <w:jc w:val="center"/>
              <w:rPr>
                <w:rFonts w:ascii="Times New Roman" w:hAnsi="Times New Roman" w:cs="Times New Roman"/>
                <w:lang w:val="tr-TR"/>
              </w:rPr>
            </w:pPr>
          </w:p>
        </w:tc>
        <w:tc>
          <w:tcPr>
            <w:tcW w:w="2122" w:type="dxa"/>
          </w:tcPr>
          <w:p w14:paraId="25E859BA" w14:textId="77777777" w:rsidR="0053614A" w:rsidRPr="00462DBE" w:rsidRDefault="0053614A" w:rsidP="00C52E41">
            <w:pPr>
              <w:spacing w:line="360" w:lineRule="auto"/>
              <w:jc w:val="center"/>
              <w:rPr>
                <w:rFonts w:ascii="Times New Roman" w:hAnsi="Times New Roman" w:cs="Times New Roman"/>
                <w:lang w:val="tr-TR"/>
              </w:rPr>
            </w:pPr>
          </w:p>
        </w:tc>
      </w:tr>
    </w:tbl>
    <w:p w14:paraId="33509F91"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Açıklama: </w:t>
      </w:r>
      <w:r w:rsidRPr="00462DBE">
        <w:rPr>
          <w:rFonts w:ascii="Times New Roman" w:hAnsi="Times New Roman" w:cs="Times New Roman"/>
          <w:lang w:val="tr-TR"/>
        </w:rPr>
        <w:tab/>
      </w:r>
      <w:r w:rsidRPr="00462DBE">
        <w:rPr>
          <w:rFonts w:ascii="Times New Roman" w:hAnsi="Times New Roman" w:cs="Times New Roman"/>
          <w:lang w:val="tr-TR"/>
        </w:rPr>
        <w:tab/>
        <w:t xml:space="preserve">Y: Yok </w:t>
      </w:r>
      <w:r w:rsidRPr="00462DBE">
        <w:rPr>
          <w:rFonts w:ascii="Times New Roman" w:hAnsi="Times New Roman" w:cs="Times New Roman"/>
          <w:lang w:val="tr-TR"/>
        </w:rPr>
        <w:tab/>
        <w:t xml:space="preserve">         </w:t>
      </w:r>
      <w:proofErr w:type="gramStart"/>
      <w:r w:rsidRPr="00462DBE">
        <w:rPr>
          <w:rFonts w:ascii="Times New Roman" w:hAnsi="Times New Roman" w:cs="Times New Roman"/>
          <w:lang w:val="tr-TR"/>
        </w:rPr>
        <w:t>+:Var</w:t>
      </w:r>
      <w:proofErr w:type="gramEnd"/>
      <w:r w:rsidRPr="00462DBE">
        <w:rPr>
          <w:rFonts w:ascii="Times New Roman" w:hAnsi="Times New Roman" w:cs="Times New Roman"/>
          <w:lang w:val="tr-TR"/>
        </w:rPr>
        <w:tab/>
        <w:t xml:space="preserve">         </w:t>
      </w:r>
      <w:proofErr w:type="spellStart"/>
      <w:proofErr w:type="gramStart"/>
      <w:r w:rsidRPr="00462DBE">
        <w:rPr>
          <w:rFonts w:ascii="Times New Roman" w:hAnsi="Times New Roman" w:cs="Times New Roman"/>
          <w:lang w:val="tr-TR"/>
        </w:rPr>
        <w:t>T:Telafi</w:t>
      </w:r>
      <w:proofErr w:type="spellEnd"/>
      <w:proofErr w:type="gramEnd"/>
      <w:r w:rsidRPr="00462DBE">
        <w:rPr>
          <w:rFonts w:ascii="Times New Roman" w:hAnsi="Times New Roman" w:cs="Times New Roman"/>
          <w:lang w:val="tr-TR"/>
        </w:rPr>
        <w:tab/>
        <w:t xml:space="preserve">                 Ö: Özür  </w:t>
      </w:r>
    </w:p>
    <w:p w14:paraId="370648D4"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ANTRENÖRLÜK UYGULAMA BİRİM SORUMLUSU                        İŞ YERİ PERSONEL SORUMLUSU </w:t>
      </w:r>
    </w:p>
    <w:p w14:paraId="0724CDFA"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Adı Soyadı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r w:rsidRPr="00462DBE">
        <w:rPr>
          <w:rFonts w:ascii="Times New Roman" w:hAnsi="Times New Roman" w:cs="Times New Roman"/>
          <w:lang w:val="tr-TR"/>
        </w:rPr>
        <w:tab/>
        <w:t xml:space="preserve">             Adı Soyadı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29FEA4F2"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Unvanı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r w:rsidRPr="00462DBE">
        <w:rPr>
          <w:rFonts w:ascii="Times New Roman" w:hAnsi="Times New Roman" w:cs="Times New Roman"/>
          <w:lang w:val="tr-TR"/>
        </w:rPr>
        <w:tab/>
        <w:t xml:space="preserve">             Unvanı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w:t>
      </w:r>
    </w:p>
    <w:p w14:paraId="07ECB08D" w14:textId="0FA1AD11"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İMZA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t xml:space="preserve">İMZA </w:t>
      </w:r>
      <w:r w:rsidRPr="00462DBE">
        <w:rPr>
          <w:rFonts w:ascii="Times New Roman" w:hAnsi="Times New Roman" w:cs="Times New Roman"/>
          <w:lang w:val="tr-TR"/>
        </w:rPr>
        <w:tab/>
        <w:t xml:space="preserve">      </w:t>
      </w:r>
      <w:proofErr w:type="gramStart"/>
      <w:r w:rsidRPr="00462DBE">
        <w:rPr>
          <w:rFonts w:ascii="Times New Roman" w:hAnsi="Times New Roman" w:cs="Times New Roman"/>
          <w:lang w:val="tr-TR"/>
        </w:rPr>
        <w:t xml:space="preserve">  :</w:t>
      </w:r>
      <w:proofErr w:type="gramEnd"/>
    </w:p>
    <w:p w14:paraId="1E3DB5DD" w14:textId="77777777" w:rsidR="0053614A" w:rsidRPr="00462DBE" w:rsidRDefault="0053614A" w:rsidP="0053614A">
      <w:pPr>
        <w:spacing w:line="360" w:lineRule="auto"/>
        <w:jc w:val="both"/>
        <w:rPr>
          <w:rFonts w:ascii="Times New Roman" w:hAnsi="Times New Roman" w:cs="Times New Roman"/>
          <w:b/>
          <w:lang w:val="tr-TR"/>
        </w:rPr>
      </w:pPr>
      <w:r w:rsidRPr="00462DBE">
        <w:rPr>
          <w:rFonts w:ascii="Times New Roman" w:hAnsi="Times New Roman" w:cs="Times New Roman"/>
          <w:b/>
          <w:lang w:val="tr-TR"/>
        </w:rPr>
        <w:lastRenderedPageBreak/>
        <w:t xml:space="preserve">EK:6-Öğrenci Haftalık Değerlendirme Raporu </w:t>
      </w:r>
    </w:p>
    <w:p w14:paraId="4076B24E" w14:textId="77777777" w:rsidR="0053614A" w:rsidRPr="00462DBE" w:rsidRDefault="0053614A" w:rsidP="0053614A">
      <w:pPr>
        <w:spacing w:line="360" w:lineRule="auto"/>
        <w:jc w:val="both"/>
        <w:rPr>
          <w:rFonts w:ascii="Times New Roman" w:hAnsi="Times New Roman" w:cs="Times New Roman"/>
          <w:b/>
          <w:lang w:val="tr-TR"/>
        </w:rPr>
      </w:pPr>
    </w:p>
    <w:p w14:paraId="2590E2F3" w14:textId="48791701" w:rsidR="0053614A" w:rsidRPr="00462DBE" w:rsidRDefault="0053614A" w:rsidP="0053614A">
      <w:pPr>
        <w:spacing w:line="360" w:lineRule="auto"/>
        <w:jc w:val="center"/>
        <w:rPr>
          <w:rFonts w:ascii="Times New Roman" w:hAnsi="Times New Roman" w:cs="Times New Roman"/>
          <w:b/>
          <w:lang w:val="tr-TR"/>
        </w:rPr>
      </w:pPr>
      <w:r w:rsidRPr="00462DBE">
        <w:rPr>
          <w:rFonts w:ascii="Times New Roman" w:hAnsi="Times New Roman" w:cs="Times New Roman"/>
          <w:b/>
          <w:lang w:val="tr-TR"/>
        </w:rPr>
        <w:t>ÖĞRENCİ HAFTALIK DEĞERLENDİRME RAPORU</w:t>
      </w:r>
    </w:p>
    <w:p w14:paraId="425F56C6" w14:textId="77777777" w:rsidR="0053614A" w:rsidRPr="00462DBE" w:rsidRDefault="0053614A" w:rsidP="0053614A">
      <w:pPr>
        <w:spacing w:line="360" w:lineRule="auto"/>
        <w:jc w:val="both"/>
        <w:rPr>
          <w:rFonts w:ascii="Times New Roman" w:hAnsi="Times New Roman" w:cs="Times New Roman"/>
          <w:color w:val="FF0000"/>
          <w:lang w:val="tr-TR"/>
        </w:rPr>
      </w:pPr>
      <w:r w:rsidRPr="00462DBE">
        <w:rPr>
          <w:rFonts w:ascii="Times New Roman" w:hAnsi="Times New Roman" w:cs="Times New Roman"/>
          <w:color w:val="FF0000"/>
          <w:lang w:val="tr-TR"/>
        </w:rPr>
        <w:t>……………………………………...................................................................................................................................................................……………………………………...........................................................................................................................................................................................................................................………………………………………………………….……………………………………...........................................................................................................................................................................................................................................………………………………………………………….……………………………………...........................................................................................................................................................................................................................................………………………………………………………….……………………………………...........................................................................................................................................................................................................................................………………………………………………………….……………………………………...........................................................................................................................................................................................................................................………………………………………………………….……………………………………...........................................................................................................................................................................................................................................………………………………………………………….……………………………………...........................................................................................................................................................................................................................................………………………………………………………….……………………………………...........................................................................................................................................................................................................................................………………………………………………………….……………………………………...........................................................................................................................................................................................................................................………………………………………………………….……………………………………...........................................................................................................................................................................................................................................………………………………………………………….……………………………………...........................................................................................................................................................................................................................................………………………………………………………….……………………………………...........................................................................................................................................................................................................................................………………………………………………………….……………………………………...........................................................................................................................................................................................................................................………………………………………………………….……………………………………...........................................................................................................................................................................................................................................………………………………………………………….……………………………………...........................................................................................................................................................................................................................................………………………………………</w:t>
      </w:r>
    </w:p>
    <w:p w14:paraId="729F0F24" w14:textId="6874532F"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Antrenörlük Uygulama Öğrencinin Adı ve Soyadı ve İmzası                     </w:t>
      </w:r>
      <w:r w:rsidRPr="00462DBE">
        <w:rPr>
          <w:rFonts w:ascii="Times New Roman" w:hAnsi="Times New Roman" w:cs="Times New Roman"/>
          <w:lang w:val="tr-TR"/>
        </w:rPr>
        <w:tab/>
      </w:r>
      <w:r w:rsidRPr="00462DBE">
        <w:rPr>
          <w:rFonts w:ascii="Times New Roman" w:hAnsi="Times New Roman" w:cs="Times New Roman"/>
          <w:lang w:val="tr-TR"/>
        </w:rPr>
        <w:tab/>
        <w:t xml:space="preserve"> Tarih: …………… </w:t>
      </w:r>
    </w:p>
    <w:p w14:paraId="483BC507" w14:textId="113DDE57" w:rsidR="0053614A" w:rsidRPr="00462DBE" w:rsidRDefault="0053614A" w:rsidP="0053614A">
      <w:pPr>
        <w:spacing w:line="360" w:lineRule="auto"/>
        <w:jc w:val="both"/>
        <w:rPr>
          <w:rFonts w:ascii="Times New Roman" w:hAnsi="Times New Roman" w:cs="Times New Roman"/>
          <w:b/>
          <w:lang w:val="tr-TR"/>
        </w:rPr>
      </w:pPr>
      <w:r w:rsidRPr="00462DBE">
        <w:rPr>
          <w:rFonts w:ascii="Times New Roman" w:hAnsi="Times New Roman" w:cs="Times New Roman"/>
          <w:b/>
          <w:lang w:val="tr-TR"/>
        </w:rPr>
        <w:lastRenderedPageBreak/>
        <w:t xml:space="preserve">EK:7-Antrenörlük Deneyimi/Antrenörlük Uygulaması Öğrencinin Kulüp Değerlendirme Raporu   </w:t>
      </w:r>
    </w:p>
    <w:p w14:paraId="380281F3" w14:textId="77777777" w:rsidR="0053614A" w:rsidRPr="00462DBE" w:rsidRDefault="0053614A" w:rsidP="0053614A">
      <w:pPr>
        <w:spacing w:line="360" w:lineRule="auto"/>
        <w:jc w:val="center"/>
        <w:rPr>
          <w:rFonts w:ascii="Times New Roman" w:hAnsi="Times New Roman" w:cs="Times New Roman"/>
          <w:b/>
          <w:lang w:val="tr-TR"/>
        </w:rPr>
      </w:pPr>
      <w:r w:rsidRPr="00462DBE">
        <w:rPr>
          <w:rFonts w:ascii="Times New Roman" w:hAnsi="Times New Roman" w:cs="Times New Roman"/>
          <w:b/>
          <w:lang w:val="tr-TR"/>
        </w:rPr>
        <w:t>= GİZLİ=</w:t>
      </w:r>
    </w:p>
    <w:p w14:paraId="53400A0A"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T.C.</w:t>
      </w:r>
    </w:p>
    <w:p w14:paraId="5ACDF567"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TRABZON ÜNİVERSİTESİ</w:t>
      </w:r>
    </w:p>
    <w:p w14:paraId="2A4C4D1B"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SPOR BİLİMLERİ FAKÜLTESİ DEKANLIĞI</w:t>
      </w:r>
    </w:p>
    <w:p w14:paraId="4C36D2BC"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ANTRENÖRLÜK EĞİTİMİ BÖLÜM BAŞKANLIĞI</w:t>
      </w:r>
    </w:p>
    <w:p w14:paraId="6E3F4C89" w14:textId="77777777" w:rsidR="0053614A" w:rsidRPr="00462DBE" w:rsidRDefault="0053614A" w:rsidP="0053614A">
      <w:pPr>
        <w:spacing w:after="0" w:line="240" w:lineRule="auto"/>
        <w:jc w:val="both"/>
        <w:rPr>
          <w:rFonts w:ascii="Times New Roman" w:hAnsi="Times New Roman" w:cs="Times New Roman"/>
          <w:u w:val="single"/>
          <w:lang w:val="tr-TR"/>
        </w:rPr>
      </w:pPr>
      <w:r w:rsidRPr="00462DBE">
        <w:rPr>
          <w:rFonts w:ascii="Times New Roman" w:hAnsi="Times New Roman" w:cs="Times New Roman"/>
          <w:u w:val="single"/>
          <w:lang w:val="tr-TR"/>
        </w:rPr>
        <w:t xml:space="preserve">ÖĞRENCİNİN </w:t>
      </w:r>
    </w:p>
    <w:p w14:paraId="0D682699" w14:textId="77777777" w:rsidR="0053614A" w:rsidRPr="00462DBE" w:rsidRDefault="0053614A" w:rsidP="0053614A">
      <w:pPr>
        <w:spacing w:after="0" w:line="240" w:lineRule="auto"/>
        <w:jc w:val="both"/>
        <w:rPr>
          <w:rFonts w:ascii="Times New Roman" w:hAnsi="Times New Roman" w:cs="Times New Roman"/>
          <w:lang w:val="tr-TR"/>
        </w:rPr>
      </w:pPr>
      <w:r w:rsidRPr="00462DBE">
        <w:rPr>
          <w:rFonts w:ascii="Times New Roman" w:hAnsi="Times New Roman" w:cs="Times New Roman"/>
          <w:lang w:val="tr-TR"/>
        </w:rPr>
        <w:t xml:space="preserve">ADI SOYADI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6F9D749A" w14:textId="77777777" w:rsidR="0053614A" w:rsidRPr="00462DBE" w:rsidRDefault="0053614A" w:rsidP="0053614A">
      <w:pPr>
        <w:spacing w:after="0" w:line="240" w:lineRule="auto"/>
        <w:jc w:val="both"/>
        <w:rPr>
          <w:rFonts w:ascii="Times New Roman" w:hAnsi="Times New Roman" w:cs="Times New Roman"/>
          <w:lang w:val="tr-TR"/>
        </w:rPr>
      </w:pPr>
      <w:r w:rsidRPr="00462DBE">
        <w:rPr>
          <w:rFonts w:ascii="Times New Roman" w:hAnsi="Times New Roman" w:cs="Times New Roman"/>
          <w:lang w:val="tr-TR"/>
        </w:rPr>
        <w:t xml:space="preserve">UZMANLIK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068F1A8E" w14:textId="77777777" w:rsidR="0053614A" w:rsidRPr="00462DBE" w:rsidRDefault="0053614A" w:rsidP="0053614A">
      <w:pPr>
        <w:spacing w:after="0" w:line="240" w:lineRule="auto"/>
        <w:jc w:val="both"/>
        <w:rPr>
          <w:rFonts w:ascii="Times New Roman" w:hAnsi="Times New Roman" w:cs="Times New Roman"/>
          <w:lang w:val="tr-TR"/>
        </w:rPr>
      </w:pPr>
      <w:r w:rsidRPr="00462DBE">
        <w:rPr>
          <w:rFonts w:ascii="Times New Roman" w:hAnsi="Times New Roman" w:cs="Times New Roman"/>
          <w:lang w:val="tr-TR"/>
        </w:rPr>
        <w:t xml:space="preserve">SINIFI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3AFA6E90" w14:textId="77777777" w:rsidR="0053614A" w:rsidRPr="00462DBE" w:rsidRDefault="0053614A" w:rsidP="0053614A">
      <w:pPr>
        <w:spacing w:after="0" w:line="240" w:lineRule="auto"/>
        <w:jc w:val="both"/>
        <w:rPr>
          <w:rFonts w:ascii="Times New Roman" w:hAnsi="Times New Roman" w:cs="Times New Roman"/>
          <w:lang w:val="tr-TR"/>
        </w:rPr>
      </w:pPr>
      <w:r w:rsidRPr="00462DBE">
        <w:rPr>
          <w:rFonts w:ascii="Times New Roman" w:hAnsi="Times New Roman" w:cs="Times New Roman"/>
          <w:lang w:val="tr-TR"/>
        </w:rPr>
        <w:t xml:space="preserve">NUMARASI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34704DE6" w14:textId="77777777" w:rsidR="0053614A" w:rsidRPr="00462DBE" w:rsidRDefault="0053614A" w:rsidP="0053614A">
      <w:pPr>
        <w:spacing w:after="0" w:line="240" w:lineRule="auto"/>
        <w:jc w:val="both"/>
        <w:rPr>
          <w:rFonts w:ascii="Times New Roman" w:hAnsi="Times New Roman" w:cs="Times New Roman"/>
          <w:lang w:val="tr-TR"/>
        </w:rPr>
      </w:pPr>
      <w:r w:rsidRPr="00462DBE">
        <w:rPr>
          <w:rFonts w:ascii="Times New Roman" w:hAnsi="Times New Roman" w:cs="Times New Roman"/>
          <w:lang w:val="tr-TR"/>
        </w:rPr>
        <w:t xml:space="preserve">ANTRENÖRLÜK  </w:t>
      </w:r>
    </w:p>
    <w:p w14:paraId="53694440" w14:textId="77777777" w:rsidR="0053614A" w:rsidRPr="00462DBE" w:rsidRDefault="0053614A" w:rsidP="0053614A">
      <w:pPr>
        <w:spacing w:after="0" w:line="240" w:lineRule="auto"/>
        <w:jc w:val="both"/>
        <w:rPr>
          <w:rFonts w:ascii="Times New Roman" w:hAnsi="Times New Roman" w:cs="Times New Roman"/>
          <w:lang w:val="tr-TR"/>
        </w:rPr>
      </w:pPr>
      <w:proofErr w:type="gramStart"/>
      <w:r w:rsidRPr="00462DBE">
        <w:rPr>
          <w:rFonts w:ascii="Times New Roman" w:hAnsi="Times New Roman" w:cs="Times New Roman"/>
          <w:lang w:val="tr-TR"/>
        </w:rPr>
        <w:t>UYGULAMA  TARİHİ</w:t>
      </w:r>
      <w:proofErr w:type="gramEnd"/>
      <w:r w:rsidRPr="00462DBE">
        <w:rPr>
          <w:rFonts w:ascii="Times New Roman" w:hAnsi="Times New Roman" w:cs="Times New Roman"/>
          <w:lang w:val="tr-TR"/>
        </w:rPr>
        <w:t xml:space="preserve">    </w:t>
      </w:r>
      <w:proofErr w:type="gramStart"/>
      <w:r w:rsidRPr="00462DBE">
        <w:rPr>
          <w:rFonts w:ascii="Times New Roman" w:hAnsi="Times New Roman" w:cs="Times New Roman"/>
          <w:lang w:val="tr-TR"/>
        </w:rPr>
        <w:t xml:space="preserve">  : …./….</w:t>
      </w:r>
      <w:proofErr w:type="gramEnd"/>
      <w:r w:rsidRPr="00462DBE">
        <w:rPr>
          <w:rFonts w:ascii="Times New Roman" w:hAnsi="Times New Roman" w:cs="Times New Roman"/>
          <w:lang w:val="tr-TR"/>
        </w:rPr>
        <w:t>/20….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/20…. </w:t>
      </w:r>
    </w:p>
    <w:p w14:paraId="086C20F9" w14:textId="77777777" w:rsidR="0053614A" w:rsidRPr="00462DBE" w:rsidRDefault="0053614A" w:rsidP="0053614A">
      <w:pPr>
        <w:spacing w:after="0" w:line="240" w:lineRule="auto"/>
        <w:jc w:val="both"/>
        <w:rPr>
          <w:rFonts w:ascii="Times New Roman" w:hAnsi="Times New Roman" w:cs="Times New Roman"/>
          <w:lang w:val="tr-TR"/>
        </w:rPr>
      </w:pPr>
    </w:p>
    <w:p w14:paraId="37399C24" w14:textId="77777777" w:rsidR="0053614A" w:rsidRPr="00462DBE" w:rsidRDefault="0053614A" w:rsidP="0053614A">
      <w:pPr>
        <w:spacing w:after="0" w:line="240" w:lineRule="auto"/>
        <w:jc w:val="both"/>
        <w:rPr>
          <w:rFonts w:ascii="Times New Roman" w:hAnsi="Times New Roman" w:cs="Times New Roman"/>
          <w:b/>
          <w:lang w:val="tr-TR"/>
        </w:rPr>
      </w:pPr>
      <w:r w:rsidRPr="00462DBE">
        <w:rPr>
          <w:rFonts w:ascii="Times New Roman" w:hAnsi="Times New Roman" w:cs="Times New Roman"/>
          <w:b/>
          <w:lang w:val="tr-TR"/>
        </w:rPr>
        <w:t xml:space="preserve">  Sayın Spor kulübü Yetkilisi, </w:t>
      </w:r>
    </w:p>
    <w:p w14:paraId="3827E6F2"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                Kurumunuzda/Kuruluşunuzda …… iş günü çalışarak staj programını tamamlayan öğrencimizin aşağıdaki cetvelde yazılı beceri ve bilgi grubunda eriştiği seviyeyi; gözlem kanaat veya tespitlerinize göre lütfen belirtiniz. Teşekkür ederiz. </w:t>
      </w:r>
    </w:p>
    <w:tbl>
      <w:tblPr>
        <w:tblStyle w:val="TableGrid"/>
        <w:tblW w:w="0" w:type="auto"/>
        <w:tblLook w:val="04A0" w:firstRow="1" w:lastRow="0" w:firstColumn="1" w:lastColumn="0" w:noHBand="0" w:noVBand="1"/>
      </w:tblPr>
      <w:tblGrid>
        <w:gridCol w:w="1101"/>
        <w:gridCol w:w="5528"/>
        <w:gridCol w:w="1417"/>
        <w:gridCol w:w="1276"/>
        <w:gridCol w:w="1284"/>
      </w:tblGrid>
      <w:tr w:rsidR="0053614A" w:rsidRPr="00462DBE" w14:paraId="59A98AE6" w14:textId="77777777" w:rsidTr="00C52E41">
        <w:tc>
          <w:tcPr>
            <w:tcW w:w="1101" w:type="dxa"/>
          </w:tcPr>
          <w:p w14:paraId="6DD3B1E5" w14:textId="77777777" w:rsidR="0053614A" w:rsidRPr="00462DBE" w:rsidRDefault="0053614A" w:rsidP="00C52E41">
            <w:pPr>
              <w:spacing w:line="360" w:lineRule="auto"/>
              <w:jc w:val="both"/>
              <w:rPr>
                <w:rFonts w:ascii="Times New Roman" w:hAnsi="Times New Roman" w:cs="Times New Roman"/>
                <w:lang w:val="tr-TR"/>
              </w:rPr>
            </w:pPr>
          </w:p>
        </w:tc>
        <w:tc>
          <w:tcPr>
            <w:tcW w:w="5528" w:type="dxa"/>
          </w:tcPr>
          <w:p w14:paraId="6D5C922E" w14:textId="77777777" w:rsidR="0053614A" w:rsidRPr="00462DBE" w:rsidRDefault="0053614A" w:rsidP="00C52E41">
            <w:pPr>
              <w:spacing w:line="360" w:lineRule="auto"/>
              <w:jc w:val="center"/>
              <w:rPr>
                <w:rFonts w:ascii="Times New Roman" w:hAnsi="Times New Roman" w:cs="Times New Roman"/>
                <w:b/>
                <w:lang w:val="tr-TR"/>
              </w:rPr>
            </w:pPr>
            <w:r w:rsidRPr="00462DBE">
              <w:rPr>
                <w:rFonts w:ascii="Times New Roman" w:hAnsi="Times New Roman" w:cs="Times New Roman"/>
                <w:b/>
                <w:lang w:val="tr-TR"/>
              </w:rPr>
              <w:t>DEĞERLENDİRME KONULARI</w:t>
            </w:r>
          </w:p>
        </w:tc>
        <w:tc>
          <w:tcPr>
            <w:tcW w:w="1417" w:type="dxa"/>
          </w:tcPr>
          <w:p w14:paraId="1360CF72" w14:textId="77777777" w:rsidR="0053614A" w:rsidRPr="00462DBE" w:rsidRDefault="0053614A" w:rsidP="00C52E41">
            <w:pPr>
              <w:spacing w:line="360" w:lineRule="auto"/>
              <w:jc w:val="center"/>
              <w:rPr>
                <w:rFonts w:ascii="Times New Roman" w:hAnsi="Times New Roman" w:cs="Times New Roman"/>
                <w:b/>
                <w:lang w:val="tr-TR"/>
              </w:rPr>
            </w:pPr>
            <w:r w:rsidRPr="00462DBE">
              <w:rPr>
                <w:rFonts w:ascii="Times New Roman" w:hAnsi="Times New Roman" w:cs="Times New Roman"/>
                <w:b/>
                <w:lang w:val="tr-TR"/>
              </w:rPr>
              <w:t>E</w:t>
            </w:r>
          </w:p>
        </w:tc>
        <w:tc>
          <w:tcPr>
            <w:tcW w:w="1276" w:type="dxa"/>
          </w:tcPr>
          <w:p w14:paraId="04030F13" w14:textId="77777777" w:rsidR="0053614A" w:rsidRPr="00462DBE" w:rsidRDefault="0053614A" w:rsidP="00C52E41">
            <w:pPr>
              <w:spacing w:line="360" w:lineRule="auto"/>
              <w:jc w:val="center"/>
              <w:rPr>
                <w:rFonts w:ascii="Times New Roman" w:hAnsi="Times New Roman" w:cs="Times New Roman"/>
                <w:b/>
                <w:lang w:val="tr-TR"/>
              </w:rPr>
            </w:pPr>
            <w:r w:rsidRPr="00462DBE">
              <w:rPr>
                <w:rFonts w:ascii="Times New Roman" w:hAnsi="Times New Roman" w:cs="Times New Roman"/>
                <w:b/>
                <w:lang w:val="tr-TR"/>
              </w:rPr>
              <w:t>K</w:t>
            </w:r>
          </w:p>
        </w:tc>
        <w:tc>
          <w:tcPr>
            <w:tcW w:w="1284" w:type="dxa"/>
          </w:tcPr>
          <w:p w14:paraId="04660A66" w14:textId="77777777" w:rsidR="0053614A" w:rsidRPr="00462DBE" w:rsidRDefault="0053614A" w:rsidP="00C52E41">
            <w:pPr>
              <w:spacing w:line="360" w:lineRule="auto"/>
              <w:jc w:val="center"/>
              <w:rPr>
                <w:rFonts w:ascii="Times New Roman" w:hAnsi="Times New Roman" w:cs="Times New Roman"/>
                <w:b/>
                <w:lang w:val="tr-TR"/>
              </w:rPr>
            </w:pPr>
            <w:r w:rsidRPr="00462DBE">
              <w:rPr>
                <w:rFonts w:ascii="Times New Roman" w:hAnsi="Times New Roman" w:cs="Times New Roman"/>
                <w:b/>
                <w:lang w:val="tr-TR"/>
              </w:rPr>
              <w:t>İ</w:t>
            </w:r>
          </w:p>
        </w:tc>
      </w:tr>
      <w:tr w:rsidR="0053614A" w:rsidRPr="00462DBE" w14:paraId="039D5B10" w14:textId="77777777" w:rsidTr="00C52E41">
        <w:tc>
          <w:tcPr>
            <w:tcW w:w="1101" w:type="dxa"/>
          </w:tcPr>
          <w:p w14:paraId="58427AF6"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1</w:t>
            </w:r>
          </w:p>
        </w:tc>
        <w:tc>
          <w:tcPr>
            <w:tcW w:w="5528" w:type="dxa"/>
          </w:tcPr>
          <w:p w14:paraId="09740E4E" w14:textId="77777777" w:rsidR="0053614A" w:rsidRPr="00462DBE" w:rsidRDefault="0053614A" w:rsidP="00C52E41">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Konu ve alana ilişkin bilgisi       </w:t>
            </w:r>
          </w:p>
        </w:tc>
        <w:tc>
          <w:tcPr>
            <w:tcW w:w="1417" w:type="dxa"/>
          </w:tcPr>
          <w:p w14:paraId="44557F22" w14:textId="77777777" w:rsidR="0053614A" w:rsidRPr="00462DBE" w:rsidRDefault="0053614A" w:rsidP="00C52E41">
            <w:pPr>
              <w:spacing w:line="360" w:lineRule="auto"/>
              <w:jc w:val="both"/>
              <w:rPr>
                <w:rFonts w:ascii="Times New Roman" w:hAnsi="Times New Roman" w:cs="Times New Roman"/>
                <w:lang w:val="tr-TR"/>
              </w:rPr>
            </w:pPr>
          </w:p>
        </w:tc>
        <w:tc>
          <w:tcPr>
            <w:tcW w:w="1276" w:type="dxa"/>
          </w:tcPr>
          <w:p w14:paraId="1EFB090E" w14:textId="77777777" w:rsidR="0053614A" w:rsidRPr="00462DBE" w:rsidRDefault="0053614A" w:rsidP="00C52E41">
            <w:pPr>
              <w:spacing w:line="360" w:lineRule="auto"/>
              <w:jc w:val="both"/>
              <w:rPr>
                <w:rFonts w:ascii="Times New Roman" w:hAnsi="Times New Roman" w:cs="Times New Roman"/>
                <w:lang w:val="tr-TR"/>
              </w:rPr>
            </w:pPr>
          </w:p>
        </w:tc>
        <w:tc>
          <w:tcPr>
            <w:tcW w:w="1284" w:type="dxa"/>
          </w:tcPr>
          <w:p w14:paraId="1F971F6D" w14:textId="77777777" w:rsidR="0053614A" w:rsidRPr="00462DBE" w:rsidRDefault="0053614A" w:rsidP="00C52E41">
            <w:pPr>
              <w:spacing w:line="360" w:lineRule="auto"/>
              <w:jc w:val="both"/>
              <w:rPr>
                <w:rFonts w:ascii="Times New Roman" w:hAnsi="Times New Roman" w:cs="Times New Roman"/>
                <w:lang w:val="tr-TR"/>
              </w:rPr>
            </w:pPr>
          </w:p>
        </w:tc>
      </w:tr>
      <w:tr w:rsidR="0053614A" w:rsidRPr="00462DBE" w14:paraId="2616E4DD" w14:textId="77777777" w:rsidTr="00C52E41">
        <w:tc>
          <w:tcPr>
            <w:tcW w:w="1101" w:type="dxa"/>
          </w:tcPr>
          <w:p w14:paraId="46BB2CB5"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2</w:t>
            </w:r>
          </w:p>
        </w:tc>
        <w:tc>
          <w:tcPr>
            <w:tcW w:w="5528" w:type="dxa"/>
          </w:tcPr>
          <w:p w14:paraId="15AF08ED" w14:textId="77777777" w:rsidR="0053614A" w:rsidRPr="00462DBE" w:rsidRDefault="0053614A" w:rsidP="00C52E41">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Konu ve alana ilişkin bilgisi       </w:t>
            </w:r>
          </w:p>
        </w:tc>
        <w:tc>
          <w:tcPr>
            <w:tcW w:w="1417" w:type="dxa"/>
          </w:tcPr>
          <w:p w14:paraId="76F63886" w14:textId="77777777" w:rsidR="0053614A" w:rsidRPr="00462DBE" w:rsidRDefault="0053614A" w:rsidP="00C52E41">
            <w:pPr>
              <w:spacing w:line="360" w:lineRule="auto"/>
              <w:jc w:val="both"/>
              <w:rPr>
                <w:rFonts w:ascii="Times New Roman" w:hAnsi="Times New Roman" w:cs="Times New Roman"/>
                <w:lang w:val="tr-TR"/>
              </w:rPr>
            </w:pPr>
          </w:p>
        </w:tc>
        <w:tc>
          <w:tcPr>
            <w:tcW w:w="1276" w:type="dxa"/>
          </w:tcPr>
          <w:p w14:paraId="5EE35102" w14:textId="77777777" w:rsidR="0053614A" w:rsidRPr="00462DBE" w:rsidRDefault="0053614A" w:rsidP="00C52E41">
            <w:pPr>
              <w:spacing w:line="360" w:lineRule="auto"/>
              <w:jc w:val="both"/>
              <w:rPr>
                <w:rFonts w:ascii="Times New Roman" w:hAnsi="Times New Roman" w:cs="Times New Roman"/>
                <w:lang w:val="tr-TR"/>
              </w:rPr>
            </w:pPr>
          </w:p>
        </w:tc>
        <w:tc>
          <w:tcPr>
            <w:tcW w:w="1284" w:type="dxa"/>
          </w:tcPr>
          <w:p w14:paraId="51A79BF5" w14:textId="77777777" w:rsidR="0053614A" w:rsidRPr="00462DBE" w:rsidRDefault="0053614A" w:rsidP="00C52E41">
            <w:pPr>
              <w:spacing w:line="360" w:lineRule="auto"/>
              <w:jc w:val="both"/>
              <w:rPr>
                <w:rFonts w:ascii="Times New Roman" w:hAnsi="Times New Roman" w:cs="Times New Roman"/>
                <w:lang w:val="tr-TR"/>
              </w:rPr>
            </w:pPr>
          </w:p>
        </w:tc>
      </w:tr>
      <w:tr w:rsidR="0053614A" w:rsidRPr="00462DBE" w14:paraId="1B94AEB1" w14:textId="77777777" w:rsidTr="00C52E41">
        <w:tc>
          <w:tcPr>
            <w:tcW w:w="1101" w:type="dxa"/>
          </w:tcPr>
          <w:p w14:paraId="5756CA7A"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3</w:t>
            </w:r>
          </w:p>
        </w:tc>
        <w:tc>
          <w:tcPr>
            <w:tcW w:w="5528" w:type="dxa"/>
          </w:tcPr>
          <w:p w14:paraId="37A27C25" w14:textId="77777777" w:rsidR="0053614A" w:rsidRPr="00462DBE" w:rsidRDefault="0053614A" w:rsidP="00C52E41">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Sorumluluk duygusu       </w:t>
            </w:r>
          </w:p>
        </w:tc>
        <w:tc>
          <w:tcPr>
            <w:tcW w:w="1417" w:type="dxa"/>
          </w:tcPr>
          <w:p w14:paraId="6F815867" w14:textId="77777777" w:rsidR="0053614A" w:rsidRPr="00462DBE" w:rsidRDefault="0053614A" w:rsidP="00C52E41">
            <w:pPr>
              <w:spacing w:line="360" w:lineRule="auto"/>
              <w:jc w:val="both"/>
              <w:rPr>
                <w:rFonts w:ascii="Times New Roman" w:hAnsi="Times New Roman" w:cs="Times New Roman"/>
                <w:lang w:val="tr-TR"/>
              </w:rPr>
            </w:pPr>
          </w:p>
        </w:tc>
        <w:tc>
          <w:tcPr>
            <w:tcW w:w="1276" w:type="dxa"/>
          </w:tcPr>
          <w:p w14:paraId="502953C3" w14:textId="77777777" w:rsidR="0053614A" w:rsidRPr="00462DBE" w:rsidRDefault="0053614A" w:rsidP="00C52E41">
            <w:pPr>
              <w:spacing w:line="360" w:lineRule="auto"/>
              <w:jc w:val="both"/>
              <w:rPr>
                <w:rFonts w:ascii="Times New Roman" w:hAnsi="Times New Roman" w:cs="Times New Roman"/>
                <w:lang w:val="tr-TR"/>
              </w:rPr>
            </w:pPr>
          </w:p>
        </w:tc>
        <w:tc>
          <w:tcPr>
            <w:tcW w:w="1284" w:type="dxa"/>
          </w:tcPr>
          <w:p w14:paraId="5C7F52B4" w14:textId="77777777" w:rsidR="0053614A" w:rsidRPr="00462DBE" w:rsidRDefault="0053614A" w:rsidP="00C52E41">
            <w:pPr>
              <w:spacing w:line="360" w:lineRule="auto"/>
              <w:jc w:val="both"/>
              <w:rPr>
                <w:rFonts w:ascii="Times New Roman" w:hAnsi="Times New Roman" w:cs="Times New Roman"/>
                <w:lang w:val="tr-TR"/>
              </w:rPr>
            </w:pPr>
          </w:p>
        </w:tc>
      </w:tr>
      <w:tr w:rsidR="0053614A" w:rsidRPr="00462DBE" w14:paraId="56A036FF" w14:textId="77777777" w:rsidTr="00C52E41">
        <w:tc>
          <w:tcPr>
            <w:tcW w:w="1101" w:type="dxa"/>
          </w:tcPr>
          <w:p w14:paraId="31FE73F9"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4</w:t>
            </w:r>
          </w:p>
        </w:tc>
        <w:tc>
          <w:tcPr>
            <w:tcW w:w="5528" w:type="dxa"/>
          </w:tcPr>
          <w:p w14:paraId="09B3EFBA" w14:textId="77777777" w:rsidR="0053614A" w:rsidRPr="00462DBE" w:rsidRDefault="0053614A" w:rsidP="00C52E41">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Çalışma grubu ile ilişkileri       </w:t>
            </w:r>
          </w:p>
        </w:tc>
        <w:tc>
          <w:tcPr>
            <w:tcW w:w="1417" w:type="dxa"/>
          </w:tcPr>
          <w:p w14:paraId="570064FF" w14:textId="77777777" w:rsidR="0053614A" w:rsidRPr="00462DBE" w:rsidRDefault="0053614A" w:rsidP="00C52E41">
            <w:pPr>
              <w:spacing w:line="360" w:lineRule="auto"/>
              <w:jc w:val="both"/>
              <w:rPr>
                <w:rFonts w:ascii="Times New Roman" w:hAnsi="Times New Roman" w:cs="Times New Roman"/>
                <w:lang w:val="tr-TR"/>
              </w:rPr>
            </w:pPr>
          </w:p>
        </w:tc>
        <w:tc>
          <w:tcPr>
            <w:tcW w:w="1276" w:type="dxa"/>
          </w:tcPr>
          <w:p w14:paraId="452F6DD7" w14:textId="77777777" w:rsidR="0053614A" w:rsidRPr="00462DBE" w:rsidRDefault="0053614A" w:rsidP="00C52E41">
            <w:pPr>
              <w:spacing w:line="360" w:lineRule="auto"/>
              <w:jc w:val="both"/>
              <w:rPr>
                <w:rFonts w:ascii="Times New Roman" w:hAnsi="Times New Roman" w:cs="Times New Roman"/>
                <w:lang w:val="tr-TR"/>
              </w:rPr>
            </w:pPr>
          </w:p>
        </w:tc>
        <w:tc>
          <w:tcPr>
            <w:tcW w:w="1284" w:type="dxa"/>
          </w:tcPr>
          <w:p w14:paraId="4795BDD4" w14:textId="77777777" w:rsidR="0053614A" w:rsidRPr="00462DBE" w:rsidRDefault="0053614A" w:rsidP="00C52E41">
            <w:pPr>
              <w:spacing w:line="360" w:lineRule="auto"/>
              <w:jc w:val="both"/>
              <w:rPr>
                <w:rFonts w:ascii="Times New Roman" w:hAnsi="Times New Roman" w:cs="Times New Roman"/>
                <w:lang w:val="tr-TR"/>
              </w:rPr>
            </w:pPr>
          </w:p>
        </w:tc>
      </w:tr>
      <w:tr w:rsidR="0053614A" w:rsidRPr="00462DBE" w14:paraId="076619F5" w14:textId="77777777" w:rsidTr="00C52E41">
        <w:tc>
          <w:tcPr>
            <w:tcW w:w="1101" w:type="dxa"/>
          </w:tcPr>
          <w:p w14:paraId="5B6AAB54"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5</w:t>
            </w:r>
          </w:p>
        </w:tc>
        <w:tc>
          <w:tcPr>
            <w:tcW w:w="5528" w:type="dxa"/>
          </w:tcPr>
          <w:p w14:paraId="263B956D" w14:textId="77777777" w:rsidR="0053614A" w:rsidRPr="00462DBE" w:rsidRDefault="0053614A" w:rsidP="00C52E41">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Araç ve gereç kullanımı       </w:t>
            </w:r>
          </w:p>
        </w:tc>
        <w:tc>
          <w:tcPr>
            <w:tcW w:w="1417" w:type="dxa"/>
          </w:tcPr>
          <w:p w14:paraId="56E03D41" w14:textId="77777777" w:rsidR="0053614A" w:rsidRPr="00462DBE" w:rsidRDefault="0053614A" w:rsidP="00C52E41">
            <w:pPr>
              <w:spacing w:line="360" w:lineRule="auto"/>
              <w:jc w:val="both"/>
              <w:rPr>
                <w:rFonts w:ascii="Times New Roman" w:hAnsi="Times New Roman" w:cs="Times New Roman"/>
                <w:lang w:val="tr-TR"/>
              </w:rPr>
            </w:pPr>
          </w:p>
        </w:tc>
        <w:tc>
          <w:tcPr>
            <w:tcW w:w="1276" w:type="dxa"/>
          </w:tcPr>
          <w:p w14:paraId="739ACB77" w14:textId="77777777" w:rsidR="0053614A" w:rsidRPr="00462DBE" w:rsidRDefault="0053614A" w:rsidP="00C52E41">
            <w:pPr>
              <w:spacing w:line="360" w:lineRule="auto"/>
              <w:jc w:val="both"/>
              <w:rPr>
                <w:rFonts w:ascii="Times New Roman" w:hAnsi="Times New Roman" w:cs="Times New Roman"/>
                <w:lang w:val="tr-TR"/>
              </w:rPr>
            </w:pPr>
          </w:p>
        </w:tc>
        <w:tc>
          <w:tcPr>
            <w:tcW w:w="1284" w:type="dxa"/>
          </w:tcPr>
          <w:p w14:paraId="147C80CE" w14:textId="77777777" w:rsidR="0053614A" w:rsidRPr="00462DBE" w:rsidRDefault="0053614A" w:rsidP="00C52E41">
            <w:pPr>
              <w:spacing w:line="360" w:lineRule="auto"/>
              <w:jc w:val="both"/>
              <w:rPr>
                <w:rFonts w:ascii="Times New Roman" w:hAnsi="Times New Roman" w:cs="Times New Roman"/>
                <w:lang w:val="tr-TR"/>
              </w:rPr>
            </w:pPr>
          </w:p>
        </w:tc>
      </w:tr>
      <w:tr w:rsidR="0053614A" w:rsidRPr="00462DBE" w14:paraId="24CCB204" w14:textId="77777777" w:rsidTr="00C52E41">
        <w:tc>
          <w:tcPr>
            <w:tcW w:w="1101" w:type="dxa"/>
          </w:tcPr>
          <w:p w14:paraId="72FE8B8A"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6</w:t>
            </w:r>
          </w:p>
        </w:tc>
        <w:tc>
          <w:tcPr>
            <w:tcW w:w="5528" w:type="dxa"/>
          </w:tcPr>
          <w:p w14:paraId="2A3C2E89" w14:textId="77777777" w:rsidR="0053614A" w:rsidRPr="00462DBE" w:rsidRDefault="0053614A" w:rsidP="00C52E41">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Tertip ve düzenli olması       </w:t>
            </w:r>
          </w:p>
        </w:tc>
        <w:tc>
          <w:tcPr>
            <w:tcW w:w="1417" w:type="dxa"/>
          </w:tcPr>
          <w:p w14:paraId="61D20BEB" w14:textId="77777777" w:rsidR="0053614A" w:rsidRPr="00462DBE" w:rsidRDefault="0053614A" w:rsidP="00C52E41">
            <w:pPr>
              <w:spacing w:line="360" w:lineRule="auto"/>
              <w:jc w:val="both"/>
              <w:rPr>
                <w:rFonts w:ascii="Times New Roman" w:hAnsi="Times New Roman" w:cs="Times New Roman"/>
                <w:lang w:val="tr-TR"/>
              </w:rPr>
            </w:pPr>
          </w:p>
        </w:tc>
        <w:tc>
          <w:tcPr>
            <w:tcW w:w="1276" w:type="dxa"/>
          </w:tcPr>
          <w:p w14:paraId="52202185" w14:textId="77777777" w:rsidR="0053614A" w:rsidRPr="00462DBE" w:rsidRDefault="0053614A" w:rsidP="00C52E41">
            <w:pPr>
              <w:spacing w:line="360" w:lineRule="auto"/>
              <w:jc w:val="both"/>
              <w:rPr>
                <w:rFonts w:ascii="Times New Roman" w:hAnsi="Times New Roman" w:cs="Times New Roman"/>
                <w:lang w:val="tr-TR"/>
              </w:rPr>
            </w:pPr>
          </w:p>
        </w:tc>
        <w:tc>
          <w:tcPr>
            <w:tcW w:w="1284" w:type="dxa"/>
          </w:tcPr>
          <w:p w14:paraId="35B2BB6A" w14:textId="77777777" w:rsidR="0053614A" w:rsidRPr="00462DBE" w:rsidRDefault="0053614A" w:rsidP="00C52E41">
            <w:pPr>
              <w:spacing w:line="360" w:lineRule="auto"/>
              <w:jc w:val="both"/>
              <w:rPr>
                <w:rFonts w:ascii="Times New Roman" w:hAnsi="Times New Roman" w:cs="Times New Roman"/>
                <w:lang w:val="tr-TR"/>
              </w:rPr>
            </w:pPr>
          </w:p>
        </w:tc>
      </w:tr>
      <w:tr w:rsidR="0053614A" w:rsidRPr="00462DBE" w14:paraId="4A7BE1AF" w14:textId="77777777" w:rsidTr="00C52E41">
        <w:tc>
          <w:tcPr>
            <w:tcW w:w="1101" w:type="dxa"/>
          </w:tcPr>
          <w:p w14:paraId="5BD61B7E"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7</w:t>
            </w:r>
          </w:p>
        </w:tc>
        <w:tc>
          <w:tcPr>
            <w:tcW w:w="5528" w:type="dxa"/>
          </w:tcPr>
          <w:p w14:paraId="3FE99B06" w14:textId="77777777" w:rsidR="0053614A" w:rsidRPr="00462DBE" w:rsidRDefault="0053614A" w:rsidP="00C52E41">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 Uygulama alanı etkin ve verimli kullanımı       </w:t>
            </w:r>
          </w:p>
        </w:tc>
        <w:tc>
          <w:tcPr>
            <w:tcW w:w="1417" w:type="dxa"/>
          </w:tcPr>
          <w:p w14:paraId="7FECFE62" w14:textId="77777777" w:rsidR="0053614A" w:rsidRPr="00462DBE" w:rsidRDefault="0053614A" w:rsidP="00C52E41">
            <w:pPr>
              <w:spacing w:line="360" w:lineRule="auto"/>
              <w:jc w:val="both"/>
              <w:rPr>
                <w:rFonts w:ascii="Times New Roman" w:hAnsi="Times New Roman" w:cs="Times New Roman"/>
                <w:lang w:val="tr-TR"/>
              </w:rPr>
            </w:pPr>
          </w:p>
        </w:tc>
        <w:tc>
          <w:tcPr>
            <w:tcW w:w="1276" w:type="dxa"/>
          </w:tcPr>
          <w:p w14:paraId="41E7E133" w14:textId="77777777" w:rsidR="0053614A" w:rsidRPr="00462DBE" w:rsidRDefault="0053614A" w:rsidP="00C52E41">
            <w:pPr>
              <w:spacing w:line="360" w:lineRule="auto"/>
              <w:jc w:val="both"/>
              <w:rPr>
                <w:rFonts w:ascii="Times New Roman" w:hAnsi="Times New Roman" w:cs="Times New Roman"/>
                <w:lang w:val="tr-TR"/>
              </w:rPr>
            </w:pPr>
          </w:p>
        </w:tc>
        <w:tc>
          <w:tcPr>
            <w:tcW w:w="1284" w:type="dxa"/>
          </w:tcPr>
          <w:p w14:paraId="77B73512" w14:textId="77777777" w:rsidR="0053614A" w:rsidRPr="00462DBE" w:rsidRDefault="0053614A" w:rsidP="00C52E41">
            <w:pPr>
              <w:spacing w:line="360" w:lineRule="auto"/>
              <w:jc w:val="both"/>
              <w:rPr>
                <w:rFonts w:ascii="Times New Roman" w:hAnsi="Times New Roman" w:cs="Times New Roman"/>
                <w:lang w:val="tr-TR"/>
              </w:rPr>
            </w:pPr>
          </w:p>
        </w:tc>
      </w:tr>
      <w:tr w:rsidR="0053614A" w:rsidRPr="00462DBE" w14:paraId="53255093" w14:textId="77777777" w:rsidTr="00C52E41">
        <w:tc>
          <w:tcPr>
            <w:tcW w:w="1101" w:type="dxa"/>
          </w:tcPr>
          <w:p w14:paraId="0D8DD0DE"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8</w:t>
            </w:r>
          </w:p>
        </w:tc>
        <w:tc>
          <w:tcPr>
            <w:tcW w:w="5528" w:type="dxa"/>
          </w:tcPr>
          <w:p w14:paraId="14928368" w14:textId="77777777" w:rsidR="0053614A" w:rsidRPr="00462DBE" w:rsidRDefault="0053614A" w:rsidP="00C52E41">
            <w:pPr>
              <w:rPr>
                <w:lang w:val="tr-TR"/>
              </w:rPr>
            </w:pPr>
            <w:r w:rsidRPr="00462DBE">
              <w:rPr>
                <w:rFonts w:ascii="Times New Roman" w:hAnsi="Times New Roman" w:cs="Times New Roman"/>
                <w:lang w:val="tr-TR"/>
              </w:rPr>
              <w:t xml:space="preserve"> Fiziksel görünüm       </w:t>
            </w:r>
          </w:p>
        </w:tc>
        <w:tc>
          <w:tcPr>
            <w:tcW w:w="1417" w:type="dxa"/>
          </w:tcPr>
          <w:p w14:paraId="53C7ED72" w14:textId="77777777" w:rsidR="0053614A" w:rsidRPr="00462DBE" w:rsidRDefault="0053614A" w:rsidP="00C52E41">
            <w:pPr>
              <w:spacing w:line="360" w:lineRule="auto"/>
              <w:jc w:val="both"/>
              <w:rPr>
                <w:rFonts w:ascii="Times New Roman" w:hAnsi="Times New Roman" w:cs="Times New Roman"/>
                <w:lang w:val="tr-TR"/>
              </w:rPr>
            </w:pPr>
          </w:p>
        </w:tc>
        <w:tc>
          <w:tcPr>
            <w:tcW w:w="1276" w:type="dxa"/>
          </w:tcPr>
          <w:p w14:paraId="37ECFEE3" w14:textId="77777777" w:rsidR="0053614A" w:rsidRPr="00462DBE" w:rsidRDefault="0053614A" w:rsidP="00C52E41">
            <w:pPr>
              <w:spacing w:line="360" w:lineRule="auto"/>
              <w:jc w:val="both"/>
              <w:rPr>
                <w:rFonts w:ascii="Times New Roman" w:hAnsi="Times New Roman" w:cs="Times New Roman"/>
                <w:lang w:val="tr-TR"/>
              </w:rPr>
            </w:pPr>
          </w:p>
        </w:tc>
        <w:tc>
          <w:tcPr>
            <w:tcW w:w="1284" w:type="dxa"/>
          </w:tcPr>
          <w:p w14:paraId="19FB2774" w14:textId="77777777" w:rsidR="0053614A" w:rsidRPr="00462DBE" w:rsidRDefault="0053614A" w:rsidP="00C52E41">
            <w:pPr>
              <w:spacing w:line="360" w:lineRule="auto"/>
              <w:jc w:val="both"/>
              <w:rPr>
                <w:rFonts w:ascii="Times New Roman" w:hAnsi="Times New Roman" w:cs="Times New Roman"/>
                <w:lang w:val="tr-TR"/>
              </w:rPr>
            </w:pPr>
          </w:p>
        </w:tc>
      </w:tr>
      <w:tr w:rsidR="0053614A" w:rsidRPr="00462DBE" w14:paraId="71509892" w14:textId="77777777" w:rsidTr="00C52E41">
        <w:tc>
          <w:tcPr>
            <w:tcW w:w="1101" w:type="dxa"/>
          </w:tcPr>
          <w:p w14:paraId="59910386" w14:textId="77777777" w:rsidR="0053614A" w:rsidRPr="00462DBE" w:rsidRDefault="0053614A" w:rsidP="00C52E41">
            <w:pPr>
              <w:spacing w:line="360" w:lineRule="auto"/>
              <w:jc w:val="center"/>
              <w:rPr>
                <w:rFonts w:ascii="Times New Roman" w:hAnsi="Times New Roman" w:cs="Times New Roman"/>
                <w:lang w:val="tr-TR"/>
              </w:rPr>
            </w:pPr>
            <w:r w:rsidRPr="00462DBE">
              <w:rPr>
                <w:rFonts w:ascii="Times New Roman" w:hAnsi="Times New Roman" w:cs="Times New Roman"/>
                <w:lang w:val="tr-TR"/>
              </w:rPr>
              <w:t>9</w:t>
            </w:r>
          </w:p>
        </w:tc>
        <w:tc>
          <w:tcPr>
            <w:tcW w:w="5528" w:type="dxa"/>
          </w:tcPr>
          <w:p w14:paraId="2B4109A4" w14:textId="77777777" w:rsidR="0053614A" w:rsidRPr="00462DBE" w:rsidRDefault="0053614A" w:rsidP="00C52E41">
            <w:pPr>
              <w:spacing w:line="360" w:lineRule="auto"/>
              <w:jc w:val="both"/>
              <w:rPr>
                <w:rFonts w:ascii="Times New Roman" w:hAnsi="Times New Roman" w:cs="Times New Roman"/>
                <w:lang w:val="tr-TR"/>
              </w:rPr>
            </w:pPr>
            <w:r w:rsidRPr="00462DBE">
              <w:rPr>
                <w:rFonts w:ascii="Times New Roman" w:hAnsi="Times New Roman" w:cs="Times New Roman"/>
                <w:lang w:val="tr-TR"/>
              </w:rPr>
              <w:t>Yönetici ve teknik elemanlarla ilişkileri</w:t>
            </w:r>
          </w:p>
        </w:tc>
        <w:tc>
          <w:tcPr>
            <w:tcW w:w="1417" w:type="dxa"/>
          </w:tcPr>
          <w:p w14:paraId="791BA9DF" w14:textId="77777777" w:rsidR="0053614A" w:rsidRPr="00462DBE" w:rsidRDefault="0053614A" w:rsidP="00C52E41">
            <w:pPr>
              <w:spacing w:line="360" w:lineRule="auto"/>
              <w:jc w:val="both"/>
              <w:rPr>
                <w:rFonts w:ascii="Times New Roman" w:hAnsi="Times New Roman" w:cs="Times New Roman"/>
                <w:lang w:val="tr-TR"/>
              </w:rPr>
            </w:pPr>
          </w:p>
        </w:tc>
        <w:tc>
          <w:tcPr>
            <w:tcW w:w="1276" w:type="dxa"/>
          </w:tcPr>
          <w:p w14:paraId="3550D349" w14:textId="77777777" w:rsidR="0053614A" w:rsidRPr="00462DBE" w:rsidRDefault="0053614A" w:rsidP="00C52E41">
            <w:pPr>
              <w:spacing w:line="360" w:lineRule="auto"/>
              <w:jc w:val="both"/>
              <w:rPr>
                <w:rFonts w:ascii="Times New Roman" w:hAnsi="Times New Roman" w:cs="Times New Roman"/>
                <w:lang w:val="tr-TR"/>
              </w:rPr>
            </w:pPr>
          </w:p>
        </w:tc>
        <w:tc>
          <w:tcPr>
            <w:tcW w:w="1284" w:type="dxa"/>
          </w:tcPr>
          <w:p w14:paraId="78C67A59" w14:textId="77777777" w:rsidR="0053614A" w:rsidRPr="00462DBE" w:rsidRDefault="0053614A" w:rsidP="00C52E41">
            <w:pPr>
              <w:spacing w:line="360" w:lineRule="auto"/>
              <w:jc w:val="both"/>
              <w:rPr>
                <w:rFonts w:ascii="Times New Roman" w:hAnsi="Times New Roman" w:cs="Times New Roman"/>
                <w:lang w:val="tr-TR"/>
              </w:rPr>
            </w:pPr>
          </w:p>
        </w:tc>
      </w:tr>
    </w:tbl>
    <w:p w14:paraId="3BFA1CFD"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İlgili kutucuğu </w:t>
      </w:r>
      <w:proofErr w:type="gramStart"/>
      <w:r w:rsidRPr="00462DBE">
        <w:rPr>
          <w:rFonts w:ascii="Times New Roman" w:hAnsi="Times New Roman" w:cs="Times New Roman"/>
          <w:lang w:val="tr-TR"/>
        </w:rPr>
        <w:t>( X</w:t>
      </w:r>
      <w:proofErr w:type="gramEnd"/>
      <w:r w:rsidRPr="00462DBE">
        <w:rPr>
          <w:rFonts w:ascii="Times New Roman" w:hAnsi="Times New Roman" w:cs="Times New Roman"/>
          <w:lang w:val="tr-TR"/>
        </w:rPr>
        <w:t xml:space="preserve"> ) ile işaretleyiniz. </w:t>
      </w:r>
    </w:p>
    <w:p w14:paraId="0536EACF"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E: Eksiği var </w:t>
      </w:r>
    </w:p>
    <w:p w14:paraId="26DAB2F6"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K: Kabul edilebilir  </w:t>
      </w:r>
    </w:p>
    <w:p w14:paraId="2F103DD7" w14:textId="77777777" w:rsidR="0053614A" w:rsidRPr="00462DBE" w:rsidRDefault="0053614A" w:rsidP="0053614A">
      <w:pPr>
        <w:spacing w:after="0" w:line="360" w:lineRule="auto"/>
        <w:jc w:val="both"/>
        <w:rPr>
          <w:rFonts w:ascii="Times New Roman" w:hAnsi="Times New Roman" w:cs="Times New Roman"/>
          <w:lang w:val="tr-TR"/>
        </w:rPr>
      </w:pPr>
      <w:proofErr w:type="gramStart"/>
      <w:r w:rsidRPr="00462DBE">
        <w:rPr>
          <w:rFonts w:ascii="Times New Roman" w:hAnsi="Times New Roman" w:cs="Times New Roman"/>
          <w:lang w:val="tr-TR"/>
        </w:rPr>
        <w:t>İ  :</w:t>
      </w:r>
      <w:proofErr w:type="gramEnd"/>
      <w:r w:rsidRPr="00462DBE">
        <w:rPr>
          <w:rFonts w:ascii="Times New Roman" w:hAnsi="Times New Roman" w:cs="Times New Roman"/>
          <w:lang w:val="tr-TR"/>
        </w:rPr>
        <w:t xml:space="preserve"> İyi yetişmiş    </w:t>
      </w:r>
    </w:p>
    <w:p w14:paraId="1D213CF8"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Değerlendirmeyi yapanın </w:t>
      </w:r>
    </w:p>
    <w:p w14:paraId="1F2CC419"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Adı Soyadı</w:t>
      </w:r>
      <w:r w:rsidRPr="00462DBE">
        <w:rPr>
          <w:rFonts w:ascii="Times New Roman" w:hAnsi="Times New Roman" w:cs="Times New Roman"/>
          <w:lang w:val="tr-TR"/>
        </w:rPr>
        <w:tab/>
        <w:t xml:space="preserve">: </w:t>
      </w:r>
    </w:p>
    <w:p w14:paraId="136BA9EF"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İmza</w:t>
      </w:r>
      <w:r w:rsidRPr="00462DBE">
        <w:rPr>
          <w:rFonts w:ascii="Times New Roman" w:hAnsi="Times New Roman" w:cs="Times New Roman"/>
          <w:lang w:val="tr-TR"/>
        </w:rPr>
        <w:tab/>
      </w:r>
      <w:r w:rsidRPr="00462DBE">
        <w:rPr>
          <w:rFonts w:ascii="Times New Roman" w:hAnsi="Times New Roman" w:cs="Times New Roman"/>
          <w:lang w:val="tr-TR"/>
        </w:rPr>
        <w:tab/>
        <w:t>:</w:t>
      </w:r>
    </w:p>
    <w:p w14:paraId="2462E7CE"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İşyeri Kaşesi</w:t>
      </w:r>
      <w:r w:rsidRPr="00462DBE">
        <w:rPr>
          <w:rFonts w:ascii="Times New Roman" w:hAnsi="Times New Roman" w:cs="Times New Roman"/>
          <w:lang w:val="tr-TR"/>
        </w:rPr>
        <w:tab/>
        <w:t xml:space="preserve">: </w:t>
      </w:r>
    </w:p>
    <w:p w14:paraId="0163833C" w14:textId="77777777"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Tarih               </w:t>
      </w:r>
      <w:proofErr w:type="gramStart"/>
      <w:r w:rsidRPr="00462DBE">
        <w:rPr>
          <w:rFonts w:ascii="Times New Roman" w:hAnsi="Times New Roman" w:cs="Times New Roman"/>
          <w:lang w:val="tr-TR"/>
        </w:rPr>
        <w:t xml:space="preserve">  :</w:t>
      </w:r>
      <w:proofErr w:type="gramEnd"/>
    </w:p>
    <w:p w14:paraId="76E0AE0C" w14:textId="47274375" w:rsidR="0053614A" w:rsidRPr="00462DBE" w:rsidRDefault="0053614A" w:rsidP="0053614A">
      <w:pPr>
        <w:spacing w:after="0" w:line="360" w:lineRule="auto"/>
        <w:jc w:val="both"/>
        <w:rPr>
          <w:rFonts w:ascii="Times New Roman" w:hAnsi="Times New Roman" w:cs="Times New Roman"/>
          <w:lang w:val="tr-TR"/>
        </w:rPr>
      </w:pPr>
      <w:r w:rsidRPr="00462DBE">
        <w:rPr>
          <w:rFonts w:ascii="Times New Roman" w:hAnsi="Times New Roman" w:cs="Times New Roman"/>
          <w:lang w:val="tr-TR"/>
        </w:rPr>
        <w:t xml:space="preserve">Varsa önerilerinizi buraya </w:t>
      </w:r>
      <w:proofErr w:type="gramStart"/>
      <w:r w:rsidRPr="00462DBE">
        <w:rPr>
          <w:rFonts w:ascii="Times New Roman" w:hAnsi="Times New Roman" w:cs="Times New Roman"/>
          <w:lang w:val="tr-TR"/>
        </w:rPr>
        <w:t>yazınız:..................................................................................................................................</w:t>
      </w:r>
      <w:proofErr w:type="gramEnd"/>
    </w:p>
    <w:p w14:paraId="2481F9A6" w14:textId="77777777" w:rsidR="0053614A" w:rsidRPr="00462DBE" w:rsidRDefault="0053614A" w:rsidP="0053614A">
      <w:pPr>
        <w:spacing w:line="360" w:lineRule="auto"/>
        <w:jc w:val="both"/>
        <w:rPr>
          <w:rFonts w:ascii="Times New Roman" w:hAnsi="Times New Roman" w:cs="Times New Roman"/>
          <w:b/>
          <w:lang w:val="tr-TR"/>
        </w:rPr>
      </w:pPr>
      <w:r w:rsidRPr="00462DBE">
        <w:rPr>
          <w:rFonts w:ascii="Times New Roman" w:hAnsi="Times New Roman" w:cs="Times New Roman"/>
          <w:b/>
          <w:lang w:val="tr-TR"/>
        </w:rPr>
        <w:lastRenderedPageBreak/>
        <w:t xml:space="preserve"> EK:8–Antrenörlük Deneyimi/Antrenörlük Uygulaması Komisyonu Değerlendirme Raporu </w:t>
      </w:r>
    </w:p>
    <w:p w14:paraId="29530F60"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T.C.</w:t>
      </w:r>
    </w:p>
    <w:p w14:paraId="7281A6F2"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TRABZON ÜNİVERSİTESİ</w:t>
      </w:r>
    </w:p>
    <w:p w14:paraId="72EE8048" w14:textId="296ECA49"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SPOR BİLİMLERİ FAKÜLTESİ</w:t>
      </w:r>
      <w:r w:rsidR="0066506B">
        <w:rPr>
          <w:rFonts w:ascii="Times New Roman" w:hAnsi="Times New Roman" w:cs="Times New Roman"/>
          <w:b/>
          <w:lang w:val="tr-TR"/>
        </w:rPr>
        <w:t xml:space="preserve"> </w:t>
      </w:r>
      <w:r w:rsidRPr="00462DBE">
        <w:rPr>
          <w:rFonts w:ascii="Times New Roman" w:hAnsi="Times New Roman" w:cs="Times New Roman"/>
          <w:b/>
          <w:lang w:val="tr-TR"/>
        </w:rPr>
        <w:t>DEKANLIĞI</w:t>
      </w:r>
    </w:p>
    <w:p w14:paraId="42BC396D" w14:textId="77777777" w:rsidR="0053614A" w:rsidRPr="00462DBE" w:rsidRDefault="0053614A" w:rsidP="0053614A">
      <w:pPr>
        <w:spacing w:after="0" w:line="360" w:lineRule="auto"/>
        <w:jc w:val="center"/>
        <w:rPr>
          <w:rFonts w:ascii="Times New Roman" w:hAnsi="Times New Roman" w:cs="Times New Roman"/>
          <w:b/>
          <w:lang w:val="tr-TR"/>
        </w:rPr>
      </w:pPr>
      <w:r w:rsidRPr="00462DBE">
        <w:rPr>
          <w:rFonts w:ascii="Times New Roman" w:hAnsi="Times New Roman" w:cs="Times New Roman"/>
          <w:b/>
          <w:lang w:val="tr-TR"/>
        </w:rPr>
        <w:t>ANTRENÖRLÜK EĞİTİMİ BÖLÜM BAŞKANLIĞI</w:t>
      </w:r>
    </w:p>
    <w:p w14:paraId="49F3DA65" w14:textId="77777777" w:rsidR="0053614A" w:rsidRPr="00462DBE" w:rsidRDefault="0053614A" w:rsidP="0053614A">
      <w:pPr>
        <w:spacing w:line="360" w:lineRule="auto"/>
        <w:jc w:val="both"/>
        <w:rPr>
          <w:rFonts w:ascii="Times New Roman" w:hAnsi="Times New Roman" w:cs="Times New Roman"/>
          <w:b/>
          <w:u w:val="single"/>
          <w:lang w:val="tr-TR"/>
        </w:rPr>
      </w:pPr>
      <w:r w:rsidRPr="00462DBE">
        <w:rPr>
          <w:rFonts w:ascii="Times New Roman" w:hAnsi="Times New Roman" w:cs="Times New Roman"/>
          <w:b/>
          <w:u w:val="single"/>
          <w:lang w:val="tr-TR"/>
        </w:rPr>
        <w:t xml:space="preserve">ÖĞRENCİNİN </w:t>
      </w:r>
    </w:p>
    <w:p w14:paraId="2B0E3FB1"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ADI SOYADI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5CAE2B76"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PROGRAMI              </w:t>
      </w:r>
      <w:r w:rsidRPr="00462DBE">
        <w:rPr>
          <w:rFonts w:ascii="Times New Roman" w:hAnsi="Times New Roman" w:cs="Times New Roman"/>
          <w:lang w:val="tr-TR"/>
        </w:rPr>
        <w:tab/>
        <w:t xml:space="preserve">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20C6369F"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SINIFI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6F2A22B0"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NUMARASI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 ……………………………………………. </w:t>
      </w:r>
    </w:p>
    <w:p w14:paraId="3E81AB3B"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DOĞUM YERİ VE YILI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w:t>
      </w:r>
      <w:proofErr w:type="gramStart"/>
      <w:r w:rsidRPr="00462DBE">
        <w:rPr>
          <w:rFonts w:ascii="Times New Roman" w:hAnsi="Times New Roman" w:cs="Times New Roman"/>
          <w:lang w:val="tr-TR"/>
        </w:rPr>
        <w:t>…….</w:t>
      </w:r>
      <w:proofErr w:type="gramEnd"/>
      <w:r w:rsidRPr="00462DBE">
        <w:rPr>
          <w:rFonts w:ascii="Times New Roman" w:hAnsi="Times New Roman" w:cs="Times New Roman"/>
          <w:lang w:val="tr-TR"/>
        </w:rPr>
        <w:t>.</w:t>
      </w:r>
    </w:p>
    <w:p w14:paraId="0F92C27D" w14:textId="77777777" w:rsidR="0053614A" w:rsidRPr="00462DBE" w:rsidRDefault="0053614A" w:rsidP="0053614A">
      <w:pPr>
        <w:spacing w:line="360" w:lineRule="auto"/>
        <w:jc w:val="both"/>
        <w:rPr>
          <w:rFonts w:ascii="Times New Roman" w:hAnsi="Times New Roman" w:cs="Times New Roman"/>
          <w:lang w:val="tr-TR"/>
        </w:rPr>
      </w:pPr>
      <w:proofErr w:type="gramStart"/>
      <w:r w:rsidRPr="00462DBE">
        <w:rPr>
          <w:rFonts w:ascii="Times New Roman" w:hAnsi="Times New Roman" w:cs="Times New Roman"/>
          <w:lang w:val="tr-TR"/>
        </w:rPr>
        <w:t>STAJ  TARİHİ</w:t>
      </w:r>
      <w:proofErr w:type="gramEnd"/>
      <w:r w:rsidRPr="00462DBE">
        <w:rPr>
          <w:rFonts w:ascii="Times New Roman" w:hAnsi="Times New Roman" w:cs="Times New Roman"/>
          <w:lang w:val="tr-TR"/>
        </w:rPr>
        <w:t xml:space="preserve">    </w:t>
      </w:r>
      <w:proofErr w:type="gramStart"/>
      <w:r w:rsidRPr="00462DBE">
        <w:rPr>
          <w:rFonts w:ascii="Times New Roman" w:hAnsi="Times New Roman" w:cs="Times New Roman"/>
          <w:lang w:val="tr-TR"/>
        </w:rPr>
        <w:t xml:space="preserve">  : …./….</w:t>
      </w:r>
      <w:proofErr w:type="gramEnd"/>
      <w:r w:rsidRPr="00462DBE">
        <w:rPr>
          <w:rFonts w:ascii="Times New Roman" w:hAnsi="Times New Roman" w:cs="Times New Roman"/>
          <w:lang w:val="tr-TR"/>
        </w:rPr>
        <w:t>/20…. -</w:t>
      </w:r>
      <w:proofErr w:type="gramStart"/>
      <w:r w:rsidRPr="00462DBE">
        <w:rPr>
          <w:rFonts w:ascii="Times New Roman" w:hAnsi="Times New Roman" w:cs="Times New Roman"/>
          <w:lang w:val="tr-TR"/>
        </w:rPr>
        <w:t xml:space="preserve"> …./….</w:t>
      </w:r>
      <w:proofErr w:type="gramEnd"/>
      <w:r w:rsidRPr="00462DBE">
        <w:rPr>
          <w:rFonts w:ascii="Times New Roman" w:hAnsi="Times New Roman" w:cs="Times New Roman"/>
          <w:lang w:val="tr-TR"/>
        </w:rPr>
        <w:t xml:space="preserve">/20…. </w:t>
      </w:r>
    </w:p>
    <w:p w14:paraId="0C3BF6E7" w14:textId="77777777" w:rsidR="0053614A" w:rsidRPr="00462DBE" w:rsidRDefault="0053614A" w:rsidP="0053614A">
      <w:pPr>
        <w:spacing w:line="360" w:lineRule="auto"/>
        <w:jc w:val="both"/>
        <w:rPr>
          <w:rFonts w:ascii="Times New Roman" w:hAnsi="Times New Roman" w:cs="Times New Roman"/>
          <w:b/>
          <w:i/>
          <w:u w:val="single"/>
          <w:lang w:val="tr-TR"/>
        </w:rPr>
      </w:pPr>
      <w:r w:rsidRPr="00462DBE">
        <w:rPr>
          <w:rFonts w:ascii="Times New Roman" w:hAnsi="Times New Roman" w:cs="Times New Roman"/>
          <w:b/>
          <w:i/>
          <w:u w:val="single"/>
          <w:lang w:val="tr-TR"/>
        </w:rPr>
        <w:t>STAJ YERİNİN</w:t>
      </w:r>
    </w:p>
    <w:p w14:paraId="737BA5F3"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ADI VE ADRESİ:</w:t>
      </w:r>
      <w:r w:rsidRPr="00462DBE">
        <w:rPr>
          <w:rFonts w:ascii="Times New Roman" w:hAnsi="Times New Roman" w:cs="Times New Roman"/>
          <w:lang w:val="tr-TR"/>
        </w:rPr>
        <w:tab/>
        <w:t>…………………………………………………………………………………………………</w:t>
      </w:r>
    </w:p>
    <w:p w14:paraId="699A57A8"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ab/>
      </w:r>
      <w:r w:rsidRPr="00462DBE">
        <w:rPr>
          <w:rFonts w:ascii="Times New Roman" w:hAnsi="Times New Roman" w:cs="Times New Roman"/>
          <w:lang w:val="tr-TR"/>
        </w:rPr>
        <w:tab/>
      </w:r>
      <w:r w:rsidRPr="00462DBE">
        <w:rPr>
          <w:rFonts w:ascii="Times New Roman" w:hAnsi="Times New Roman" w:cs="Times New Roman"/>
          <w:lang w:val="tr-TR"/>
        </w:rPr>
        <w:tab/>
        <w:t>…………………………………………………………………………………………………</w:t>
      </w:r>
    </w:p>
    <w:p w14:paraId="6121B5F3" w14:textId="77777777" w:rsidR="0053614A" w:rsidRPr="00462DBE" w:rsidRDefault="0053614A" w:rsidP="0053614A">
      <w:pPr>
        <w:rPr>
          <w:lang w:val="tr-TR"/>
        </w:rPr>
      </w:pPr>
      <w:r w:rsidRPr="00462DBE">
        <w:rPr>
          <w:lang w:val="tr-TR"/>
        </w:rPr>
        <w:t>Telefon Numarası</w:t>
      </w:r>
      <w:proofErr w:type="gramStart"/>
      <w:r w:rsidRPr="00462DBE">
        <w:rPr>
          <w:lang w:val="tr-TR"/>
        </w:rPr>
        <w:tab/>
        <w:t>:…</w:t>
      </w:r>
      <w:proofErr w:type="gramEnd"/>
      <w:r w:rsidRPr="00462DBE">
        <w:rPr>
          <w:lang w:val="tr-TR"/>
        </w:rPr>
        <w:t>…………………………………</w:t>
      </w:r>
    </w:p>
    <w:p w14:paraId="654E1706" w14:textId="77777777" w:rsidR="0053614A" w:rsidRPr="00462DBE" w:rsidRDefault="0053614A" w:rsidP="0053614A">
      <w:pPr>
        <w:rPr>
          <w:lang w:val="tr-TR"/>
        </w:rPr>
      </w:pPr>
      <w:proofErr w:type="spellStart"/>
      <w:r w:rsidRPr="00462DBE">
        <w:rPr>
          <w:lang w:val="tr-TR"/>
        </w:rPr>
        <w:t>Fax</w:t>
      </w:r>
      <w:proofErr w:type="spellEnd"/>
      <w:r w:rsidRPr="00462DBE">
        <w:rPr>
          <w:lang w:val="tr-TR"/>
        </w:rPr>
        <w:t xml:space="preserve"> Numarası</w:t>
      </w:r>
      <w:r w:rsidRPr="00462DBE">
        <w:rPr>
          <w:lang w:val="tr-TR"/>
        </w:rPr>
        <w:tab/>
      </w:r>
      <w:proofErr w:type="gramStart"/>
      <w:r w:rsidRPr="00462DBE">
        <w:rPr>
          <w:lang w:val="tr-TR"/>
        </w:rPr>
        <w:tab/>
        <w:t>:…</w:t>
      </w:r>
      <w:proofErr w:type="gramEnd"/>
      <w:r w:rsidRPr="00462DBE">
        <w:rPr>
          <w:lang w:val="tr-TR"/>
        </w:rPr>
        <w:t>…………………………</w:t>
      </w:r>
      <w:proofErr w:type="gramStart"/>
      <w:r w:rsidRPr="00462DBE">
        <w:rPr>
          <w:lang w:val="tr-TR"/>
        </w:rPr>
        <w:t>…….</w:t>
      </w:r>
      <w:proofErr w:type="gramEnd"/>
      <w:r w:rsidRPr="00462DBE">
        <w:rPr>
          <w:lang w:val="tr-TR"/>
        </w:rPr>
        <w:t>.</w:t>
      </w:r>
    </w:p>
    <w:p w14:paraId="7FD622A8" w14:textId="77777777" w:rsidR="0053614A" w:rsidRPr="00462DBE" w:rsidRDefault="0053614A" w:rsidP="0053614A">
      <w:pPr>
        <w:spacing w:line="360" w:lineRule="auto"/>
        <w:jc w:val="both"/>
        <w:rPr>
          <w:rFonts w:ascii="Times New Roman" w:hAnsi="Times New Roman" w:cs="Times New Roman"/>
          <w:lang w:val="tr-TR"/>
        </w:rPr>
      </w:pPr>
    </w:p>
    <w:p w14:paraId="54FC934C" w14:textId="77777777" w:rsidR="0053614A" w:rsidRPr="00462DBE" w:rsidRDefault="0053614A" w:rsidP="0053614A">
      <w:pPr>
        <w:spacing w:line="360" w:lineRule="auto"/>
        <w:jc w:val="both"/>
        <w:rPr>
          <w:rFonts w:ascii="Times New Roman" w:hAnsi="Times New Roman" w:cs="Times New Roman"/>
          <w:lang w:val="tr-TR"/>
        </w:rPr>
      </w:pPr>
      <w:r w:rsidRPr="00462DBE">
        <w:rPr>
          <w:rFonts w:ascii="Times New Roman" w:hAnsi="Times New Roman" w:cs="Times New Roman"/>
          <w:lang w:val="tr-TR"/>
        </w:rPr>
        <w:t xml:space="preserve">SORUMLU AMİRİN </w:t>
      </w:r>
    </w:p>
    <w:p w14:paraId="78ABA5A5" w14:textId="77777777" w:rsidR="0053614A" w:rsidRPr="00462DBE" w:rsidRDefault="0053614A" w:rsidP="0053614A">
      <w:pPr>
        <w:rPr>
          <w:lang w:val="tr-TR"/>
        </w:rPr>
      </w:pPr>
      <w:r w:rsidRPr="00462DBE">
        <w:rPr>
          <w:lang w:val="tr-TR"/>
        </w:rPr>
        <w:t>ADI VE SOYADI</w:t>
      </w:r>
      <w:r w:rsidRPr="00462DBE">
        <w:rPr>
          <w:lang w:val="tr-TR"/>
        </w:rPr>
        <w:tab/>
      </w:r>
      <w:proofErr w:type="gramStart"/>
      <w:r w:rsidRPr="00462DBE">
        <w:rPr>
          <w:lang w:val="tr-TR"/>
        </w:rPr>
        <w:tab/>
        <w:t>:…</w:t>
      </w:r>
      <w:proofErr w:type="gramEnd"/>
      <w:r w:rsidRPr="00462DBE">
        <w:rPr>
          <w:lang w:val="tr-TR"/>
        </w:rPr>
        <w:t>………………………………</w:t>
      </w:r>
    </w:p>
    <w:p w14:paraId="6BFE9F61" w14:textId="77777777" w:rsidR="0053614A" w:rsidRPr="00462DBE" w:rsidRDefault="0053614A" w:rsidP="0053614A">
      <w:pPr>
        <w:rPr>
          <w:lang w:val="tr-TR"/>
        </w:rPr>
      </w:pPr>
      <w:r w:rsidRPr="00462DBE">
        <w:rPr>
          <w:lang w:val="tr-TR"/>
        </w:rPr>
        <w:t>UNVANI</w:t>
      </w:r>
      <w:r w:rsidRPr="00462DBE">
        <w:rPr>
          <w:lang w:val="tr-TR"/>
        </w:rPr>
        <w:tab/>
      </w:r>
      <w:proofErr w:type="gramStart"/>
      <w:r w:rsidRPr="00462DBE">
        <w:rPr>
          <w:lang w:val="tr-TR"/>
        </w:rPr>
        <w:tab/>
        <w:t>:…</w:t>
      </w:r>
      <w:proofErr w:type="gramEnd"/>
      <w:r w:rsidRPr="00462DBE">
        <w:rPr>
          <w:lang w:val="tr-TR"/>
        </w:rPr>
        <w:t>………………………………</w:t>
      </w:r>
    </w:p>
    <w:p w14:paraId="2235306B" w14:textId="77777777" w:rsidR="0053614A" w:rsidRPr="00462DBE" w:rsidRDefault="0053614A" w:rsidP="0053614A">
      <w:pPr>
        <w:spacing w:line="360" w:lineRule="auto"/>
        <w:jc w:val="both"/>
        <w:rPr>
          <w:rFonts w:ascii="Times New Roman" w:hAnsi="Times New Roman" w:cs="Times New Roman"/>
          <w:lang w:val="tr-TR"/>
        </w:rPr>
      </w:pPr>
    </w:p>
    <w:p w14:paraId="6D8F4D2A" w14:textId="77777777" w:rsidR="0053614A" w:rsidRPr="00462DBE" w:rsidRDefault="0053614A" w:rsidP="0053614A">
      <w:pPr>
        <w:rPr>
          <w:lang w:val="tr-TR"/>
        </w:rPr>
      </w:pPr>
      <w:r w:rsidRPr="00462DBE">
        <w:rPr>
          <w:lang w:val="tr-TR"/>
        </w:rPr>
        <w:t>ADI VE SOYADI</w:t>
      </w:r>
      <w:r w:rsidRPr="00462DBE">
        <w:rPr>
          <w:lang w:val="tr-TR"/>
        </w:rPr>
        <w:tab/>
      </w:r>
      <w:proofErr w:type="gramStart"/>
      <w:r w:rsidRPr="00462DBE">
        <w:rPr>
          <w:lang w:val="tr-TR"/>
        </w:rPr>
        <w:tab/>
        <w:t>:…</w:t>
      </w:r>
      <w:proofErr w:type="gramEnd"/>
      <w:r w:rsidRPr="00462DBE">
        <w:rPr>
          <w:lang w:val="tr-TR"/>
        </w:rPr>
        <w:t>………………………</w:t>
      </w:r>
      <w:proofErr w:type="gramStart"/>
      <w:r w:rsidRPr="00462DBE">
        <w:rPr>
          <w:lang w:val="tr-TR"/>
        </w:rPr>
        <w:t>…….</w:t>
      </w:r>
      <w:proofErr w:type="gramEnd"/>
      <w:r w:rsidRPr="00462DBE">
        <w:rPr>
          <w:lang w:val="tr-TR"/>
        </w:rPr>
        <w:t>.</w:t>
      </w:r>
    </w:p>
    <w:p w14:paraId="2D902B5C" w14:textId="77777777" w:rsidR="0053614A" w:rsidRPr="00462DBE" w:rsidRDefault="0053614A" w:rsidP="0053614A">
      <w:pPr>
        <w:rPr>
          <w:lang w:val="tr-TR"/>
        </w:rPr>
      </w:pPr>
      <w:r w:rsidRPr="00462DBE">
        <w:rPr>
          <w:lang w:val="tr-TR"/>
        </w:rPr>
        <w:t>UNVANI</w:t>
      </w:r>
      <w:r w:rsidRPr="00462DBE">
        <w:rPr>
          <w:lang w:val="tr-TR"/>
        </w:rPr>
        <w:tab/>
      </w:r>
      <w:proofErr w:type="gramStart"/>
      <w:r w:rsidRPr="00462DBE">
        <w:rPr>
          <w:lang w:val="tr-TR"/>
        </w:rPr>
        <w:tab/>
        <w:t>:…</w:t>
      </w:r>
      <w:proofErr w:type="gramEnd"/>
      <w:r w:rsidRPr="00462DBE">
        <w:rPr>
          <w:lang w:val="tr-TR"/>
        </w:rPr>
        <w:t>……………………………...</w:t>
      </w:r>
    </w:p>
    <w:p w14:paraId="328ADA27" w14:textId="77777777" w:rsidR="0053614A" w:rsidRPr="00462DBE" w:rsidRDefault="0053614A" w:rsidP="0053614A">
      <w:pPr>
        <w:spacing w:line="360" w:lineRule="auto"/>
        <w:jc w:val="both"/>
        <w:rPr>
          <w:rFonts w:ascii="Times New Roman" w:hAnsi="Times New Roman" w:cs="Times New Roman"/>
          <w:lang w:val="tr-TR"/>
        </w:rPr>
      </w:pPr>
    </w:p>
    <w:p w14:paraId="7AF29AEA" w14:textId="2C40A5D9" w:rsidR="0053614A" w:rsidRPr="00462DBE" w:rsidRDefault="0053614A" w:rsidP="0053614A">
      <w:pPr>
        <w:spacing w:line="360" w:lineRule="auto"/>
        <w:jc w:val="both"/>
        <w:rPr>
          <w:rFonts w:ascii="Times New Roman" w:hAnsi="Times New Roman" w:cs="Times New Roman"/>
          <w:lang w:val="tr-TR"/>
        </w:rPr>
      </w:pPr>
      <w:proofErr w:type="gramStart"/>
      <w:r w:rsidRPr="00462DBE">
        <w:rPr>
          <w:rFonts w:ascii="Times New Roman" w:hAnsi="Times New Roman" w:cs="Times New Roman"/>
          <w:lang w:val="tr-TR"/>
        </w:rPr>
        <w:t>(    )</w:t>
      </w:r>
      <w:proofErr w:type="gramEnd"/>
      <w:r w:rsidRPr="00462DBE">
        <w:rPr>
          <w:rFonts w:ascii="Times New Roman" w:hAnsi="Times New Roman" w:cs="Times New Roman"/>
          <w:lang w:val="tr-TR"/>
        </w:rPr>
        <w:t xml:space="preserve"> Sayfa ve eklerden oluşan STAJ UYGULAMA DOSYASI öğrenciniz tarafından iş yerimizdeki çalışma süresi içinde hazırlanmıştır.</w:t>
      </w:r>
    </w:p>
    <w:sectPr w:rsidR="0053614A" w:rsidRPr="00462DBE" w:rsidSect="005361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C47CF1"/>
    <w:multiLevelType w:val="hybridMultilevel"/>
    <w:tmpl w:val="1C66B9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3161E39"/>
    <w:multiLevelType w:val="hybridMultilevel"/>
    <w:tmpl w:val="45FEB2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E0742D7"/>
    <w:multiLevelType w:val="hybridMultilevel"/>
    <w:tmpl w:val="D1BCBE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34A2B78"/>
    <w:multiLevelType w:val="hybridMultilevel"/>
    <w:tmpl w:val="D1D8C1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7EB419B"/>
    <w:multiLevelType w:val="hybridMultilevel"/>
    <w:tmpl w:val="4CCC7E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41F61C4"/>
    <w:multiLevelType w:val="hybridMultilevel"/>
    <w:tmpl w:val="B00E7D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6E54ACF"/>
    <w:multiLevelType w:val="hybridMultilevel"/>
    <w:tmpl w:val="741E1E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FA847AD"/>
    <w:multiLevelType w:val="hybridMultilevel"/>
    <w:tmpl w:val="D78EF5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8550F6D"/>
    <w:multiLevelType w:val="hybridMultilevel"/>
    <w:tmpl w:val="D94CDA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F691B59"/>
    <w:multiLevelType w:val="hybridMultilevel"/>
    <w:tmpl w:val="B5B21A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DAF2331"/>
    <w:multiLevelType w:val="hybridMultilevel"/>
    <w:tmpl w:val="8F3676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53777582">
    <w:abstractNumId w:val="8"/>
  </w:num>
  <w:num w:numId="2" w16cid:durableId="999505265">
    <w:abstractNumId w:val="6"/>
  </w:num>
  <w:num w:numId="3" w16cid:durableId="221404234">
    <w:abstractNumId w:val="5"/>
  </w:num>
  <w:num w:numId="4" w16cid:durableId="1783648613">
    <w:abstractNumId w:val="4"/>
  </w:num>
  <w:num w:numId="5" w16cid:durableId="1195115659">
    <w:abstractNumId w:val="7"/>
  </w:num>
  <w:num w:numId="6" w16cid:durableId="1395079271">
    <w:abstractNumId w:val="3"/>
  </w:num>
  <w:num w:numId="7" w16cid:durableId="1561862086">
    <w:abstractNumId w:val="2"/>
  </w:num>
  <w:num w:numId="8" w16cid:durableId="529034200">
    <w:abstractNumId w:val="1"/>
  </w:num>
  <w:num w:numId="9" w16cid:durableId="705108039">
    <w:abstractNumId w:val="0"/>
  </w:num>
  <w:num w:numId="10" w16cid:durableId="380371724">
    <w:abstractNumId w:val="11"/>
  </w:num>
  <w:num w:numId="11" w16cid:durableId="375202428">
    <w:abstractNumId w:val="15"/>
  </w:num>
  <w:num w:numId="12" w16cid:durableId="481968905">
    <w:abstractNumId w:val="10"/>
  </w:num>
  <w:num w:numId="13" w16cid:durableId="1145587126">
    <w:abstractNumId w:val="14"/>
  </w:num>
  <w:num w:numId="14" w16cid:durableId="929584075">
    <w:abstractNumId w:val="18"/>
  </w:num>
  <w:num w:numId="15" w16cid:durableId="450511179">
    <w:abstractNumId w:val="12"/>
  </w:num>
  <w:num w:numId="16" w16cid:durableId="1400012440">
    <w:abstractNumId w:val="17"/>
  </w:num>
  <w:num w:numId="17" w16cid:durableId="155347927">
    <w:abstractNumId w:val="19"/>
  </w:num>
  <w:num w:numId="18" w16cid:durableId="379322671">
    <w:abstractNumId w:val="13"/>
  </w:num>
  <w:num w:numId="19" w16cid:durableId="339505037">
    <w:abstractNumId w:val="16"/>
  </w:num>
  <w:num w:numId="20" w16cid:durableId="122436679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3904"/>
    <w:rsid w:val="0015074B"/>
    <w:rsid w:val="00170616"/>
    <w:rsid w:val="0029639D"/>
    <w:rsid w:val="002B21B7"/>
    <w:rsid w:val="00326F90"/>
    <w:rsid w:val="00374985"/>
    <w:rsid w:val="003F5EB9"/>
    <w:rsid w:val="004054B6"/>
    <w:rsid w:val="00462DBE"/>
    <w:rsid w:val="00463D07"/>
    <w:rsid w:val="004719FE"/>
    <w:rsid w:val="004C023F"/>
    <w:rsid w:val="00507ED8"/>
    <w:rsid w:val="0053614A"/>
    <w:rsid w:val="005B4F96"/>
    <w:rsid w:val="0066506B"/>
    <w:rsid w:val="007C3E2F"/>
    <w:rsid w:val="00A63100"/>
    <w:rsid w:val="00AA1D8D"/>
    <w:rsid w:val="00B47730"/>
    <w:rsid w:val="00BA2698"/>
    <w:rsid w:val="00C66D2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385225"/>
  <w14:defaultImageDpi w14:val="300"/>
  <w15:docId w15:val="{603F8ABD-4EFA-F642-A449-09A9D39D4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616644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12</Pages>
  <Words>3555</Words>
  <Characters>20267</Characters>
  <Application>Microsoft Office Word</Application>
  <DocSecurity>0</DocSecurity>
  <Lines>168</Lines>
  <Paragraphs>47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PC1</cp:lastModifiedBy>
  <cp:revision>7</cp:revision>
  <dcterms:created xsi:type="dcterms:W3CDTF">2013-12-23T23:15:00Z</dcterms:created>
  <dcterms:modified xsi:type="dcterms:W3CDTF">2026-09-25T11:30:00Z</dcterms:modified>
  <cp:category/>
</cp:coreProperties>
</file>